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FDAAB" w14:textId="5CA52B3D" w:rsidR="00352777" w:rsidRPr="00FC5B1D" w:rsidRDefault="00FC5B1D">
      <w:pPr>
        <w:spacing w:after="0"/>
        <w:jc w:val="center"/>
        <w:rPr>
          <w:rFonts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4A6F87" wp14:editId="29AA3254">
            <wp:simplePos x="0" y="0"/>
            <wp:positionH relativeFrom="column">
              <wp:posOffset>-40005</wp:posOffset>
            </wp:positionH>
            <wp:positionV relativeFrom="paragraph">
              <wp:posOffset>-9525</wp:posOffset>
            </wp:positionV>
            <wp:extent cx="1019175" cy="691583"/>
            <wp:effectExtent l="0" t="0" r="0" b="0"/>
            <wp:wrapNone/>
            <wp:docPr id="4422922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9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B1D">
        <w:rPr>
          <w:rFonts w:cs="Times New Roman"/>
          <w:b/>
          <w:sz w:val="24"/>
          <w:szCs w:val="24"/>
        </w:rPr>
        <w:t>KEMENTERIAN AGAMA REPUBLIK INDONESIA</w:t>
      </w:r>
    </w:p>
    <w:p w14:paraId="08B49B08" w14:textId="0BFF4FCD" w:rsidR="00352777" w:rsidRPr="00FC5B1D" w:rsidRDefault="00000000">
      <w:pPr>
        <w:spacing w:after="0"/>
        <w:jc w:val="center"/>
        <w:rPr>
          <w:rFonts w:cs="Times New Roman"/>
          <w:sz w:val="24"/>
          <w:szCs w:val="24"/>
        </w:rPr>
      </w:pPr>
      <w:r w:rsidRPr="00FC5B1D">
        <w:rPr>
          <w:rFonts w:cs="Times New Roman"/>
          <w:b/>
          <w:sz w:val="24"/>
          <w:szCs w:val="24"/>
        </w:rPr>
        <w:t>UNIVERSITAS ISLAM NEGERI RADEN INTAN LAMPUNG</w:t>
      </w:r>
    </w:p>
    <w:p w14:paraId="13AC2B45" w14:textId="77777777" w:rsidR="00352777" w:rsidRDefault="00000000">
      <w:pPr>
        <w:spacing w:after="0"/>
        <w:jc w:val="center"/>
        <w:rPr>
          <w:rFonts w:cs="Times New Roman"/>
          <w:b/>
          <w:sz w:val="24"/>
          <w:szCs w:val="24"/>
        </w:rPr>
      </w:pPr>
      <w:r w:rsidRPr="00FC5B1D">
        <w:rPr>
          <w:rFonts w:cs="Times New Roman"/>
          <w:b/>
          <w:sz w:val="24"/>
          <w:szCs w:val="24"/>
        </w:rPr>
        <w:t>FAKULTAS EKONOMI DAN BISNIS ISLAM</w:t>
      </w:r>
    </w:p>
    <w:p w14:paraId="4F04B3BB" w14:textId="7216871C" w:rsidR="00352777" w:rsidRDefault="00FC5B1D" w:rsidP="00FC5B1D">
      <w:pPr>
        <w:spacing w:after="0"/>
        <w:jc w:val="center"/>
        <w:rPr>
          <w:rFonts w:cs="Times New Roman"/>
          <w:sz w:val="24"/>
          <w:szCs w:val="24"/>
        </w:rPr>
      </w:pPr>
      <w:r w:rsidRPr="00FC5B1D"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4A3B59" wp14:editId="2BB43337">
                <wp:simplePos x="0" y="0"/>
                <wp:positionH relativeFrom="column">
                  <wp:posOffset>7620</wp:posOffset>
                </wp:positionH>
                <wp:positionV relativeFrom="paragraph">
                  <wp:posOffset>195580</wp:posOffset>
                </wp:positionV>
                <wp:extent cx="6343650" cy="0"/>
                <wp:effectExtent l="38100" t="38100" r="76200" b="95250"/>
                <wp:wrapNone/>
                <wp:docPr id="4199232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D71D83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5.4pt" to="500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C5B1D">
        <w:rPr>
          <w:rFonts w:cs="Times New Roman"/>
          <w:sz w:val="20"/>
          <w:szCs w:val="20"/>
        </w:rPr>
        <w:t xml:space="preserve">Jl. Endro </w:t>
      </w:r>
      <w:proofErr w:type="spellStart"/>
      <w:r w:rsidRPr="00FC5B1D">
        <w:rPr>
          <w:rFonts w:cs="Times New Roman"/>
          <w:sz w:val="20"/>
          <w:szCs w:val="20"/>
        </w:rPr>
        <w:t>Suratmin</w:t>
      </w:r>
      <w:proofErr w:type="spellEnd"/>
      <w:r w:rsidRPr="00FC5B1D">
        <w:rPr>
          <w:rFonts w:cs="Times New Roman"/>
          <w:sz w:val="20"/>
          <w:szCs w:val="20"/>
        </w:rPr>
        <w:t xml:space="preserve">, </w:t>
      </w:r>
      <w:proofErr w:type="spellStart"/>
      <w:r w:rsidRPr="00FC5B1D">
        <w:rPr>
          <w:rFonts w:cs="Times New Roman"/>
          <w:sz w:val="20"/>
          <w:szCs w:val="20"/>
        </w:rPr>
        <w:t>Sukarame</w:t>
      </w:r>
      <w:proofErr w:type="spellEnd"/>
      <w:r w:rsidRPr="00FC5B1D">
        <w:rPr>
          <w:rFonts w:cs="Times New Roman"/>
          <w:sz w:val="20"/>
          <w:szCs w:val="20"/>
        </w:rPr>
        <w:t xml:space="preserve">, </w:t>
      </w:r>
      <w:proofErr w:type="spellStart"/>
      <w:r w:rsidRPr="00FC5B1D">
        <w:rPr>
          <w:rFonts w:cs="Times New Roman"/>
          <w:sz w:val="20"/>
          <w:szCs w:val="20"/>
        </w:rPr>
        <w:t>Kec</w:t>
      </w:r>
      <w:proofErr w:type="spellEnd"/>
      <w:r w:rsidRPr="00FC5B1D">
        <w:rPr>
          <w:rFonts w:cs="Times New Roman"/>
          <w:sz w:val="20"/>
          <w:szCs w:val="20"/>
        </w:rPr>
        <w:t xml:space="preserve">. </w:t>
      </w:r>
      <w:proofErr w:type="spellStart"/>
      <w:r w:rsidRPr="00FC5B1D">
        <w:rPr>
          <w:rFonts w:cs="Times New Roman"/>
          <w:sz w:val="20"/>
          <w:szCs w:val="20"/>
        </w:rPr>
        <w:t>Sukarame</w:t>
      </w:r>
      <w:proofErr w:type="spellEnd"/>
      <w:r w:rsidRPr="00FC5B1D">
        <w:rPr>
          <w:rFonts w:cs="Times New Roman"/>
          <w:sz w:val="20"/>
          <w:szCs w:val="20"/>
        </w:rPr>
        <w:t>, Kota Bandar Lampung, Lampung 35131</w:t>
      </w:r>
    </w:p>
    <w:p w14:paraId="34D83DF3" w14:textId="77777777" w:rsidR="00FC5B1D" w:rsidRPr="00FC5B1D" w:rsidRDefault="00FC5B1D" w:rsidP="00FC5B1D">
      <w:pPr>
        <w:spacing w:after="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"/>
        <w:gridCol w:w="5189"/>
        <w:gridCol w:w="3544"/>
      </w:tblGrid>
      <w:tr w:rsidR="00FC5B1D" w:rsidRPr="00FC5B1D" w14:paraId="07AC275E" w14:textId="2B41AE50" w:rsidTr="00FC5B1D">
        <w:trPr>
          <w:cantSplit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F995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C5B1D">
              <w:rPr>
                <w:rFonts w:cs="Times New Roman"/>
                <w:sz w:val="24"/>
                <w:szCs w:val="24"/>
              </w:rPr>
              <w:t>Nomor</w:t>
            </w:r>
            <w:proofErr w:type="spellEnd"/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8B25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1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4BEE6" w14:textId="60BAED0F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 xml:space="preserve">                   /Un.16/L1/PP.00.9/10/2026</w:t>
            </w:r>
          </w:p>
        </w:tc>
        <w:tc>
          <w:tcPr>
            <w:tcW w:w="3544" w:type="dxa"/>
          </w:tcPr>
          <w:p w14:paraId="11C8F7C6" w14:textId="0F58C9BD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94092">
              <w:rPr>
                <w:rFonts w:cs="Times New Roman"/>
                <w:sz w:val="20"/>
                <w:szCs w:val="20"/>
              </w:rPr>
              <w:t xml:space="preserve">Bandar </w:t>
            </w:r>
            <w:proofErr w:type="gramStart"/>
            <w:r w:rsidRPr="00E94092">
              <w:rPr>
                <w:rFonts w:cs="Times New Roman"/>
                <w:sz w:val="20"/>
                <w:szCs w:val="20"/>
              </w:rPr>
              <w:t>Lampung,  xxx</w:t>
            </w:r>
            <w:proofErr w:type="gramEnd"/>
            <w:r w:rsidRPr="00E94092">
              <w:rPr>
                <w:rFonts w:cs="Times New Roman"/>
                <w:sz w:val="20"/>
                <w:szCs w:val="20"/>
              </w:rPr>
              <w:t xml:space="preserve">  Oktober 2026</w:t>
            </w:r>
          </w:p>
        </w:tc>
      </w:tr>
      <w:tr w:rsidR="00FC5B1D" w:rsidRPr="00FC5B1D" w14:paraId="399607A1" w14:textId="65D6300F" w:rsidTr="00FC5B1D">
        <w:trPr>
          <w:cantSplit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0242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Sifat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9843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1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069A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C5B1D">
              <w:rPr>
                <w:rFonts w:cs="Times New Roman"/>
                <w:sz w:val="24"/>
                <w:szCs w:val="24"/>
              </w:rPr>
              <w:t>Biasa</w:t>
            </w:r>
            <w:proofErr w:type="spellEnd"/>
          </w:p>
        </w:tc>
        <w:tc>
          <w:tcPr>
            <w:tcW w:w="3544" w:type="dxa"/>
          </w:tcPr>
          <w:p w14:paraId="64FE9413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C5B1D" w:rsidRPr="00FC5B1D" w14:paraId="47AC8E89" w14:textId="15839AEF" w:rsidTr="00FC5B1D">
        <w:trPr>
          <w:cantSplit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F827B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Lampiran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7E1B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1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87FC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1 (</w:t>
            </w:r>
            <w:proofErr w:type="spellStart"/>
            <w:r w:rsidRPr="00FC5B1D">
              <w:rPr>
                <w:rFonts w:cs="Times New Roman"/>
                <w:sz w:val="24"/>
                <w:szCs w:val="24"/>
              </w:rPr>
              <w:t>satu</w:t>
            </w:r>
            <w:proofErr w:type="spellEnd"/>
            <w:r w:rsidRPr="00FC5B1D">
              <w:rPr>
                <w:rFonts w:cs="Times New Roman"/>
                <w:sz w:val="24"/>
                <w:szCs w:val="24"/>
              </w:rPr>
              <w:t xml:space="preserve">) </w:t>
            </w:r>
            <w:proofErr w:type="spellStart"/>
            <w:r w:rsidRPr="00FC5B1D">
              <w:rPr>
                <w:rFonts w:cs="Times New Roman"/>
                <w:sz w:val="24"/>
                <w:szCs w:val="24"/>
              </w:rPr>
              <w:t>berkas</w:t>
            </w:r>
            <w:proofErr w:type="spellEnd"/>
          </w:p>
        </w:tc>
        <w:tc>
          <w:tcPr>
            <w:tcW w:w="3544" w:type="dxa"/>
          </w:tcPr>
          <w:p w14:paraId="74DB8A3A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C5B1D" w:rsidRPr="00FC5B1D" w14:paraId="33275E38" w14:textId="2552D73F" w:rsidTr="00FC5B1D">
        <w:trPr>
          <w:cantSplit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FC41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Hal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2554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51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C795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C5B1D">
              <w:rPr>
                <w:rFonts w:cs="Times New Roman"/>
                <w:b/>
                <w:sz w:val="24"/>
                <w:szCs w:val="24"/>
              </w:rPr>
              <w:t>Permohonan</w:t>
            </w:r>
            <w:proofErr w:type="spellEnd"/>
            <w:r w:rsidRPr="00FC5B1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5B1D">
              <w:rPr>
                <w:rFonts w:cs="Times New Roman"/>
                <w:b/>
                <w:sz w:val="24"/>
                <w:szCs w:val="24"/>
              </w:rPr>
              <w:t>Magang</w:t>
            </w:r>
            <w:proofErr w:type="spellEnd"/>
            <w:r w:rsidRPr="00FC5B1D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Pr="00FC5B1D">
              <w:rPr>
                <w:rFonts w:cs="Times New Roman"/>
                <w:b/>
                <w:sz w:val="24"/>
                <w:szCs w:val="24"/>
              </w:rPr>
              <w:t>Praktik</w:t>
            </w:r>
            <w:proofErr w:type="spellEnd"/>
            <w:r w:rsidRPr="00FC5B1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5B1D">
              <w:rPr>
                <w:rFonts w:cs="Times New Roman"/>
                <w:b/>
                <w:sz w:val="24"/>
                <w:szCs w:val="24"/>
              </w:rPr>
              <w:t>Kerja</w:t>
            </w:r>
            <w:proofErr w:type="spellEnd"/>
            <w:r w:rsidRPr="00FC5B1D">
              <w:rPr>
                <w:rFonts w:cs="Times New Roman"/>
                <w:b/>
                <w:sz w:val="24"/>
                <w:szCs w:val="24"/>
              </w:rPr>
              <w:t xml:space="preserve"> Lapangan (PKL)</w:t>
            </w:r>
          </w:p>
        </w:tc>
        <w:tc>
          <w:tcPr>
            <w:tcW w:w="3544" w:type="dxa"/>
          </w:tcPr>
          <w:p w14:paraId="76184F3F" w14:textId="77777777" w:rsidR="00FC5B1D" w:rsidRPr="00FC5B1D" w:rsidRDefault="00FC5B1D" w:rsidP="00FC5B1D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7745CD2D" w14:textId="77777777" w:rsidR="00FC5B1D" w:rsidRPr="00FC5B1D" w:rsidRDefault="00FC5B1D">
      <w:pPr>
        <w:spacing w:before="40" w:after="0"/>
        <w:rPr>
          <w:rFonts w:cs="Times New Roman"/>
          <w:sz w:val="24"/>
          <w:szCs w:val="24"/>
        </w:rPr>
      </w:pPr>
    </w:p>
    <w:p w14:paraId="085661F0" w14:textId="7E2547F0" w:rsidR="00352777" w:rsidRPr="00FC5B1D" w:rsidRDefault="00000000">
      <w:pPr>
        <w:spacing w:before="40" w:after="0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Yth</w:t>
      </w:r>
      <w:proofErr w:type="spellEnd"/>
      <w:r w:rsidRPr="00FC5B1D">
        <w:rPr>
          <w:rFonts w:cs="Times New Roman"/>
          <w:sz w:val="24"/>
          <w:szCs w:val="24"/>
        </w:rPr>
        <w:t xml:space="preserve">. </w:t>
      </w:r>
      <w:proofErr w:type="spellStart"/>
      <w:r w:rsidRPr="00FC5B1D">
        <w:rPr>
          <w:rFonts w:cs="Times New Roman"/>
          <w:sz w:val="24"/>
          <w:szCs w:val="24"/>
        </w:rPr>
        <w:t>Pimpinan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r w:rsidRPr="00FC5B1D">
        <w:rPr>
          <w:rFonts w:cs="Times New Roman"/>
          <w:b/>
          <w:sz w:val="24"/>
          <w:szCs w:val="24"/>
        </w:rPr>
        <w:t xml:space="preserve">[Nama </w:t>
      </w:r>
      <w:proofErr w:type="spellStart"/>
      <w:r w:rsidRPr="00FC5B1D">
        <w:rPr>
          <w:rFonts w:cs="Times New Roman"/>
          <w:b/>
          <w:sz w:val="24"/>
          <w:szCs w:val="24"/>
        </w:rPr>
        <w:t>Instansi</w:t>
      </w:r>
      <w:proofErr w:type="spellEnd"/>
      <w:r w:rsidRPr="00FC5B1D">
        <w:rPr>
          <w:rFonts w:cs="Times New Roman"/>
          <w:b/>
          <w:sz w:val="24"/>
          <w:szCs w:val="24"/>
        </w:rPr>
        <w:t>/Lembaga/Perusahaan]</w:t>
      </w:r>
    </w:p>
    <w:p w14:paraId="74F7F49F" w14:textId="77777777" w:rsidR="00352777" w:rsidRPr="00FC5B1D" w:rsidRDefault="00000000">
      <w:pPr>
        <w:spacing w:after="0"/>
        <w:rPr>
          <w:rFonts w:cs="Times New Roman"/>
          <w:sz w:val="24"/>
          <w:szCs w:val="24"/>
        </w:rPr>
      </w:pPr>
      <w:r w:rsidRPr="00FC5B1D">
        <w:rPr>
          <w:rFonts w:cs="Times New Roman"/>
          <w:sz w:val="24"/>
          <w:szCs w:val="24"/>
        </w:rPr>
        <w:t>di</w:t>
      </w:r>
    </w:p>
    <w:p w14:paraId="6770800E" w14:textId="77777777" w:rsidR="00352777" w:rsidRPr="00FC5B1D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Tempat</w:t>
      </w:r>
      <w:proofErr w:type="spellEnd"/>
    </w:p>
    <w:p w14:paraId="61ED8282" w14:textId="77777777" w:rsidR="00352777" w:rsidRPr="00FC5B1D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Assalamu’alaikum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warahmatullahi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wabarakatuh</w:t>
      </w:r>
      <w:proofErr w:type="spellEnd"/>
      <w:r w:rsidRPr="00FC5B1D">
        <w:rPr>
          <w:rFonts w:cs="Times New Roman"/>
          <w:sz w:val="24"/>
          <w:szCs w:val="24"/>
        </w:rPr>
        <w:t>.</w:t>
      </w:r>
    </w:p>
    <w:p w14:paraId="6FB4A4DE" w14:textId="77777777" w:rsidR="00352777" w:rsidRPr="00FC5B1D" w:rsidRDefault="00000000">
      <w:pPr>
        <w:spacing w:after="40" w:line="240" w:lineRule="auto"/>
        <w:ind w:firstLine="482"/>
        <w:jc w:val="both"/>
        <w:rPr>
          <w:rFonts w:cs="Times New Roman"/>
          <w:sz w:val="24"/>
          <w:szCs w:val="24"/>
        </w:rPr>
      </w:pPr>
      <w:r w:rsidRPr="00FC5B1D">
        <w:rPr>
          <w:rFonts w:cs="Times New Roman"/>
          <w:sz w:val="24"/>
          <w:szCs w:val="24"/>
        </w:rPr>
        <w:t xml:space="preserve">Dengan </w:t>
      </w:r>
      <w:proofErr w:type="spellStart"/>
      <w:r w:rsidRPr="00FC5B1D">
        <w:rPr>
          <w:rFonts w:cs="Times New Roman"/>
          <w:sz w:val="24"/>
          <w:szCs w:val="24"/>
        </w:rPr>
        <w:t>hormat</w:t>
      </w:r>
      <w:proofErr w:type="spellEnd"/>
      <w:r w:rsidRPr="00FC5B1D">
        <w:rPr>
          <w:rFonts w:cs="Times New Roman"/>
          <w:sz w:val="24"/>
          <w:szCs w:val="24"/>
        </w:rPr>
        <w:t xml:space="preserve">, </w:t>
      </w:r>
      <w:proofErr w:type="spellStart"/>
      <w:r w:rsidRPr="00FC5B1D">
        <w:rPr>
          <w:rFonts w:cs="Times New Roman"/>
          <w:sz w:val="24"/>
          <w:szCs w:val="24"/>
        </w:rPr>
        <w:t>dalam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rangka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mendukung</w:t>
      </w:r>
      <w:proofErr w:type="spellEnd"/>
      <w:r w:rsidRPr="00FC5B1D">
        <w:rPr>
          <w:rFonts w:cs="Times New Roman"/>
          <w:sz w:val="24"/>
          <w:szCs w:val="24"/>
        </w:rPr>
        <w:t xml:space="preserve"> proses </w:t>
      </w:r>
      <w:proofErr w:type="spellStart"/>
      <w:r w:rsidRPr="00FC5B1D">
        <w:rPr>
          <w:rFonts w:cs="Times New Roman"/>
          <w:sz w:val="24"/>
          <w:szCs w:val="24"/>
        </w:rPr>
        <w:t>pembelajaran</w:t>
      </w:r>
      <w:proofErr w:type="spellEnd"/>
      <w:r w:rsidRPr="00FC5B1D">
        <w:rPr>
          <w:rFonts w:cs="Times New Roman"/>
          <w:sz w:val="24"/>
          <w:szCs w:val="24"/>
        </w:rPr>
        <w:t xml:space="preserve">, </w:t>
      </w:r>
      <w:proofErr w:type="spellStart"/>
      <w:r w:rsidRPr="00FC5B1D">
        <w:rPr>
          <w:rFonts w:cs="Times New Roman"/>
          <w:sz w:val="24"/>
          <w:szCs w:val="24"/>
        </w:rPr>
        <w:t>pengembangan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kompetensi</w:t>
      </w:r>
      <w:proofErr w:type="spellEnd"/>
      <w:r w:rsidRPr="00FC5B1D">
        <w:rPr>
          <w:rFonts w:cs="Times New Roman"/>
          <w:sz w:val="24"/>
          <w:szCs w:val="24"/>
        </w:rPr>
        <w:t xml:space="preserve">, </w:t>
      </w:r>
      <w:proofErr w:type="spellStart"/>
      <w:r w:rsidRPr="00FC5B1D">
        <w:rPr>
          <w:rFonts w:cs="Times New Roman"/>
          <w:sz w:val="24"/>
          <w:szCs w:val="24"/>
        </w:rPr>
        <w:t>serta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memberikan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pengalaman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praktis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kepada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mahasiswa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Fakultas</w:t>
      </w:r>
      <w:proofErr w:type="spellEnd"/>
      <w:r w:rsidRPr="00FC5B1D">
        <w:rPr>
          <w:rFonts w:cs="Times New Roman"/>
          <w:sz w:val="24"/>
          <w:szCs w:val="24"/>
        </w:rPr>
        <w:t xml:space="preserve"> Ekonomi dan </w:t>
      </w:r>
      <w:proofErr w:type="spellStart"/>
      <w:r w:rsidRPr="00FC5B1D">
        <w:rPr>
          <w:rFonts w:cs="Times New Roman"/>
          <w:sz w:val="24"/>
          <w:szCs w:val="24"/>
        </w:rPr>
        <w:t>Bisnis</w:t>
      </w:r>
      <w:proofErr w:type="spellEnd"/>
      <w:r w:rsidRPr="00FC5B1D">
        <w:rPr>
          <w:rFonts w:cs="Times New Roman"/>
          <w:sz w:val="24"/>
          <w:szCs w:val="24"/>
        </w:rPr>
        <w:t xml:space="preserve"> Islam Universitas Islam Negeri Raden Intan Lampung, </w:t>
      </w:r>
      <w:proofErr w:type="spellStart"/>
      <w:r w:rsidRPr="00FC5B1D">
        <w:rPr>
          <w:rFonts w:cs="Times New Roman"/>
          <w:sz w:val="24"/>
          <w:szCs w:val="24"/>
        </w:rPr>
        <w:t>dengan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ini</w:t>
      </w:r>
      <w:proofErr w:type="spellEnd"/>
      <w:r w:rsidRPr="00FC5B1D">
        <w:rPr>
          <w:rFonts w:cs="Times New Roman"/>
          <w:sz w:val="24"/>
          <w:szCs w:val="24"/>
        </w:rPr>
        <w:t xml:space="preserve"> kami </w:t>
      </w:r>
      <w:proofErr w:type="spellStart"/>
      <w:r w:rsidRPr="00FC5B1D">
        <w:rPr>
          <w:rFonts w:cs="Times New Roman"/>
          <w:sz w:val="24"/>
          <w:szCs w:val="24"/>
        </w:rPr>
        <w:t>mengajukan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permohonan</w:t>
      </w:r>
      <w:proofErr w:type="spellEnd"/>
      <w:r w:rsidRPr="00FC5B1D">
        <w:rPr>
          <w:rFonts w:cs="Times New Roman"/>
          <w:sz w:val="24"/>
          <w:szCs w:val="24"/>
        </w:rPr>
        <w:t xml:space="preserve"> agar </w:t>
      </w:r>
      <w:proofErr w:type="spellStart"/>
      <w:r w:rsidRPr="00FC5B1D">
        <w:rPr>
          <w:rFonts w:cs="Times New Roman"/>
          <w:sz w:val="24"/>
          <w:szCs w:val="24"/>
        </w:rPr>
        <w:t>mahasiswa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berikut</w:t>
      </w:r>
      <w:proofErr w:type="spellEnd"/>
      <w:r w:rsidRPr="00FC5B1D">
        <w:rPr>
          <w:rFonts w:cs="Times New Roman"/>
          <w:sz w:val="24"/>
          <w:szCs w:val="24"/>
        </w:rPr>
        <w:t>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98"/>
        <w:gridCol w:w="6803"/>
      </w:tblGrid>
      <w:tr w:rsidR="00352777" w:rsidRPr="00FC5B1D" w14:paraId="72083B3B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CB38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Nama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CC7B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59D0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[Nama 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Mahasiswa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>]</w:t>
            </w:r>
          </w:p>
        </w:tc>
      </w:tr>
      <w:tr w:rsidR="00352777" w:rsidRPr="00FC5B1D" w14:paraId="55146811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28E4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NPM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E8061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E301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>[NPM]</w:t>
            </w:r>
          </w:p>
        </w:tc>
      </w:tr>
      <w:tr w:rsidR="00352777" w:rsidRPr="00FC5B1D" w14:paraId="77959B9C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31B1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Program Studi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3FACA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8E6A9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>[Nama Program Studi]</w:t>
            </w:r>
          </w:p>
        </w:tc>
      </w:tr>
      <w:tr w:rsidR="00352777" w:rsidRPr="00FC5B1D" w14:paraId="384448F8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B50B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Angkatan/Semester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14D1F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8E34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>[Angkatan/Semester]</w:t>
            </w:r>
          </w:p>
        </w:tc>
      </w:tr>
      <w:tr w:rsidR="00352777" w:rsidRPr="00FC5B1D" w14:paraId="2BE9567A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109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FC5B1D">
              <w:rPr>
                <w:rFonts w:cs="Times New Roman"/>
                <w:sz w:val="24"/>
                <w:szCs w:val="24"/>
              </w:rPr>
              <w:t>Nomor</w:t>
            </w:r>
            <w:proofErr w:type="spellEnd"/>
            <w:r w:rsidRPr="00FC5B1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C5B1D">
              <w:rPr>
                <w:rFonts w:cs="Times New Roman"/>
                <w:sz w:val="24"/>
                <w:szCs w:val="24"/>
              </w:rPr>
              <w:t>Telepon</w:t>
            </w:r>
            <w:proofErr w:type="spellEnd"/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4FED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FFC7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>[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Nomor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Telepon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>]</w:t>
            </w:r>
          </w:p>
        </w:tc>
      </w:tr>
    </w:tbl>
    <w:p w14:paraId="31A7505A" w14:textId="61A9AF4C" w:rsidR="00352777" w:rsidRPr="00FC5B1D" w:rsidRDefault="00000000">
      <w:pPr>
        <w:spacing w:before="20" w:after="40" w:line="240" w:lineRule="auto"/>
        <w:ind w:firstLine="482"/>
        <w:jc w:val="both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dapat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diberikan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kesempatan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untuk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melaksanakan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Magang</w:t>
      </w:r>
      <w:proofErr w:type="spellEnd"/>
      <w:r w:rsidRPr="00FC5B1D">
        <w:rPr>
          <w:rFonts w:cs="Times New Roman"/>
          <w:sz w:val="24"/>
          <w:szCs w:val="24"/>
        </w:rPr>
        <w:t>/</w:t>
      </w:r>
      <w:proofErr w:type="spellStart"/>
      <w:r w:rsidRPr="00FC5B1D">
        <w:rPr>
          <w:rFonts w:cs="Times New Roman"/>
          <w:sz w:val="24"/>
          <w:szCs w:val="24"/>
        </w:rPr>
        <w:t>Praktik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Kerja</w:t>
      </w:r>
      <w:proofErr w:type="spellEnd"/>
      <w:r w:rsidRPr="00FC5B1D">
        <w:rPr>
          <w:rFonts w:cs="Times New Roman"/>
          <w:sz w:val="24"/>
          <w:szCs w:val="24"/>
        </w:rPr>
        <w:t xml:space="preserve"> Lapangan (PKL) pada: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98"/>
        <w:gridCol w:w="6803"/>
      </w:tblGrid>
      <w:tr w:rsidR="00352777" w:rsidRPr="00FC5B1D" w14:paraId="7CBE8C0D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251DA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FC5B1D">
              <w:rPr>
                <w:rFonts w:cs="Times New Roman"/>
                <w:sz w:val="24"/>
                <w:szCs w:val="24"/>
              </w:rPr>
              <w:t>Instansi</w:t>
            </w:r>
            <w:proofErr w:type="spellEnd"/>
            <w:r w:rsidRPr="00FC5B1D">
              <w:rPr>
                <w:rFonts w:cs="Times New Roman"/>
                <w:sz w:val="24"/>
                <w:szCs w:val="24"/>
              </w:rPr>
              <w:t>/Lembaga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0B24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09C5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[Nama 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Instansi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>/Lembaga]</w:t>
            </w:r>
          </w:p>
        </w:tc>
      </w:tr>
      <w:tr w:rsidR="00352777" w:rsidRPr="00FC5B1D" w14:paraId="31335E93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C57C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Alamat</w:t>
            </w:r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7FC24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BF9A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[Alamat 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Instansi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>/Lembaga]</w:t>
            </w:r>
          </w:p>
        </w:tc>
      </w:tr>
      <w:tr w:rsidR="00352777" w:rsidRPr="00FC5B1D" w14:paraId="09F4EDB2" w14:textId="77777777">
        <w:trPr>
          <w:cantSplit/>
        </w:trPr>
        <w:tc>
          <w:tcPr>
            <w:tcW w:w="17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FE8E6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FC5B1D">
              <w:rPr>
                <w:rFonts w:cs="Times New Roman"/>
                <w:sz w:val="24"/>
                <w:szCs w:val="24"/>
              </w:rPr>
              <w:t>Periode</w:t>
            </w:r>
            <w:proofErr w:type="spellEnd"/>
            <w:r w:rsidRPr="00FC5B1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C5B1D">
              <w:rPr>
                <w:rFonts w:cs="Times New Roman"/>
                <w:sz w:val="24"/>
                <w:szCs w:val="24"/>
              </w:rPr>
              <w:t>Magang</w:t>
            </w:r>
            <w:proofErr w:type="spellEnd"/>
          </w:p>
        </w:tc>
        <w:tc>
          <w:tcPr>
            <w:tcW w:w="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67B92" w14:textId="77777777" w:rsidR="00352777" w:rsidRPr="00FC5B1D" w:rsidRDefault="0000000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C5B1D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68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7CD6" w14:textId="77777777" w:rsidR="00352777" w:rsidRPr="00FC5B1D" w:rsidRDefault="00000000">
            <w:pPr>
              <w:spacing w:after="0"/>
              <w:rPr>
                <w:rFonts w:cs="Times New Roman"/>
                <w:i/>
                <w:iCs/>
                <w:sz w:val="24"/>
                <w:szCs w:val="24"/>
              </w:rPr>
            </w:pPr>
            <w:r w:rsidRPr="00FC5B1D">
              <w:rPr>
                <w:rFonts w:cs="Times New Roman"/>
                <w:i/>
                <w:iCs/>
                <w:sz w:val="24"/>
                <w:szCs w:val="24"/>
              </w:rPr>
              <w:t>[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Tanggal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 Mulai] 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s.d.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 [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Tanggal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C5B1D">
              <w:rPr>
                <w:rFonts w:cs="Times New Roman"/>
                <w:i/>
                <w:iCs/>
                <w:sz w:val="24"/>
                <w:szCs w:val="24"/>
              </w:rPr>
              <w:t>Selesai</w:t>
            </w:r>
            <w:proofErr w:type="spellEnd"/>
            <w:r w:rsidRPr="00FC5B1D">
              <w:rPr>
                <w:rFonts w:cs="Times New Roman"/>
                <w:i/>
                <w:iCs/>
                <w:sz w:val="24"/>
                <w:szCs w:val="24"/>
              </w:rPr>
              <w:t>]</w:t>
            </w:r>
          </w:p>
        </w:tc>
      </w:tr>
    </w:tbl>
    <w:p w14:paraId="144F71E0" w14:textId="1455DBB3" w:rsidR="00352777" w:rsidRPr="00FC5B1D" w:rsidRDefault="00000000">
      <w:pPr>
        <w:spacing w:after="40" w:line="240" w:lineRule="auto"/>
        <w:ind w:firstLine="482"/>
        <w:jc w:val="both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Berkenaan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dengan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hal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tersebut</w:t>
      </w:r>
      <w:proofErr w:type="spellEnd"/>
      <w:r w:rsidRPr="00FC5B1D">
        <w:rPr>
          <w:rFonts w:cs="Times New Roman"/>
          <w:sz w:val="24"/>
          <w:szCs w:val="24"/>
        </w:rPr>
        <w:t xml:space="preserve">, kami </w:t>
      </w:r>
      <w:proofErr w:type="spellStart"/>
      <w:r w:rsidRPr="00FC5B1D">
        <w:rPr>
          <w:rFonts w:cs="Times New Roman"/>
          <w:sz w:val="24"/>
          <w:szCs w:val="24"/>
        </w:rPr>
        <w:t>memohon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kiranya</w:t>
      </w:r>
      <w:proofErr w:type="spellEnd"/>
      <w:r w:rsidRPr="00FC5B1D">
        <w:rPr>
          <w:rFonts w:cs="Times New Roman"/>
          <w:sz w:val="24"/>
          <w:szCs w:val="24"/>
        </w:rPr>
        <w:t xml:space="preserve"> Bapak/Ibu </w:t>
      </w:r>
      <w:proofErr w:type="spellStart"/>
      <w:r w:rsidRPr="00FC5B1D">
        <w:rPr>
          <w:rFonts w:cs="Times New Roman"/>
          <w:sz w:val="24"/>
          <w:szCs w:val="24"/>
        </w:rPr>
        <w:t>berkenan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menerima</w:t>
      </w:r>
      <w:proofErr w:type="spellEnd"/>
      <w:r w:rsidRPr="00FC5B1D">
        <w:rPr>
          <w:rFonts w:cs="Times New Roman"/>
          <w:sz w:val="24"/>
          <w:szCs w:val="24"/>
        </w:rPr>
        <w:t xml:space="preserve"> dan </w:t>
      </w:r>
      <w:proofErr w:type="spellStart"/>
      <w:r w:rsidRPr="00FC5B1D">
        <w:rPr>
          <w:rFonts w:cs="Times New Roman"/>
          <w:sz w:val="24"/>
          <w:szCs w:val="24"/>
        </w:rPr>
        <w:t>memberikan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kesempatan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kepada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mahasiswa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dimaksud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untuk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melaksanakan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Magang</w:t>
      </w:r>
      <w:proofErr w:type="spellEnd"/>
      <w:r w:rsidRPr="00FC5B1D">
        <w:rPr>
          <w:rFonts w:cs="Times New Roman"/>
          <w:sz w:val="24"/>
          <w:szCs w:val="24"/>
        </w:rPr>
        <w:t xml:space="preserve">/PKL pada </w:t>
      </w:r>
      <w:proofErr w:type="spellStart"/>
      <w:r w:rsidRPr="00FC5B1D">
        <w:rPr>
          <w:rFonts w:cs="Times New Roman"/>
          <w:sz w:val="24"/>
          <w:szCs w:val="24"/>
        </w:rPr>
        <w:t>instansi</w:t>
      </w:r>
      <w:proofErr w:type="spellEnd"/>
      <w:r w:rsidRPr="00FC5B1D">
        <w:rPr>
          <w:rFonts w:cs="Times New Roman"/>
          <w:sz w:val="24"/>
          <w:szCs w:val="24"/>
        </w:rPr>
        <w:t xml:space="preserve"> yang Bapak/Ibu </w:t>
      </w:r>
      <w:proofErr w:type="spellStart"/>
      <w:r w:rsidRPr="00FC5B1D">
        <w:rPr>
          <w:rFonts w:cs="Times New Roman"/>
          <w:sz w:val="24"/>
          <w:szCs w:val="24"/>
        </w:rPr>
        <w:t>pimpin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sesuai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dengan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ketentuan</w:t>
      </w:r>
      <w:proofErr w:type="spellEnd"/>
      <w:r w:rsidRPr="00FC5B1D">
        <w:rPr>
          <w:rFonts w:cs="Times New Roman"/>
          <w:sz w:val="24"/>
          <w:szCs w:val="24"/>
        </w:rPr>
        <w:t xml:space="preserve"> dan tata </w:t>
      </w:r>
      <w:proofErr w:type="spellStart"/>
      <w:r w:rsidRPr="00FC5B1D">
        <w:rPr>
          <w:rFonts w:cs="Times New Roman"/>
          <w:sz w:val="24"/>
          <w:szCs w:val="24"/>
        </w:rPr>
        <w:t>tertib</w:t>
      </w:r>
      <w:proofErr w:type="spellEnd"/>
      <w:r w:rsidRPr="00FC5B1D">
        <w:rPr>
          <w:rFonts w:cs="Times New Roman"/>
          <w:sz w:val="24"/>
          <w:szCs w:val="24"/>
        </w:rPr>
        <w:t xml:space="preserve"> yang </w:t>
      </w:r>
      <w:proofErr w:type="spellStart"/>
      <w:r w:rsidRPr="00FC5B1D">
        <w:rPr>
          <w:rFonts w:cs="Times New Roman"/>
          <w:sz w:val="24"/>
          <w:szCs w:val="24"/>
        </w:rPr>
        <w:t>berlaku</w:t>
      </w:r>
      <w:proofErr w:type="spellEnd"/>
      <w:r w:rsidRPr="00FC5B1D">
        <w:rPr>
          <w:rFonts w:cs="Times New Roman"/>
          <w:sz w:val="24"/>
          <w:szCs w:val="24"/>
        </w:rPr>
        <w:t>.</w:t>
      </w:r>
    </w:p>
    <w:p w14:paraId="41D81EBF" w14:textId="77777777" w:rsidR="00352777" w:rsidRPr="00FC5B1D" w:rsidRDefault="00000000">
      <w:pPr>
        <w:spacing w:after="40" w:line="240" w:lineRule="auto"/>
        <w:ind w:firstLine="482"/>
        <w:jc w:val="both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Demikian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permohonan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ini</w:t>
      </w:r>
      <w:proofErr w:type="spellEnd"/>
      <w:r w:rsidRPr="00FC5B1D">
        <w:rPr>
          <w:rFonts w:cs="Times New Roman"/>
          <w:sz w:val="24"/>
          <w:szCs w:val="24"/>
        </w:rPr>
        <w:t xml:space="preserve"> kami </w:t>
      </w:r>
      <w:proofErr w:type="spellStart"/>
      <w:r w:rsidRPr="00FC5B1D">
        <w:rPr>
          <w:rFonts w:cs="Times New Roman"/>
          <w:sz w:val="24"/>
          <w:szCs w:val="24"/>
        </w:rPr>
        <w:t>sampaikan</w:t>
      </w:r>
      <w:proofErr w:type="spellEnd"/>
      <w:r w:rsidRPr="00FC5B1D">
        <w:rPr>
          <w:rFonts w:cs="Times New Roman"/>
          <w:sz w:val="24"/>
          <w:szCs w:val="24"/>
        </w:rPr>
        <w:t xml:space="preserve">. Atas </w:t>
      </w:r>
      <w:proofErr w:type="spellStart"/>
      <w:r w:rsidRPr="00FC5B1D">
        <w:rPr>
          <w:rFonts w:cs="Times New Roman"/>
          <w:sz w:val="24"/>
          <w:szCs w:val="24"/>
        </w:rPr>
        <w:t>perhatian</w:t>
      </w:r>
      <w:proofErr w:type="spellEnd"/>
      <w:r w:rsidRPr="00FC5B1D">
        <w:rPr>
          <w:rFonts w:cs="Times New Roman"/>
          <w:sz w:val="24"/>
          <w:szCs w:val="24"/>
        </w:rPr>
        <w:t xml:space="preserve">, </w:t>
      </w:r>
      <w:proofErr w:type="spellStart"/>
      <w:r w:rsidRPr="00FC5B1D">
        <w:rPr>
          <w:rFonts w:cs="Times New Roman"/>
          <w:sz w:val="24"/>
          <w:szCs w:val="24"/>
        </w:rPr>
        <w:t>kesempatan</w:t>
      </w:r>
      <w:proofErr w:type="spellEnd"/>
      <w:r w:rsidRPr="00FC5B1D">
        <w:rPr>
          <w:rFonts w:cs="Times New Roman"/>
          <w:sz w:val="24"/>
          <w:szCs w:val="24"/>
        </w:rPr>
        <w:t xml:space="preserve">, dan </w:t>
      </w:r>
      <w:proofErr w:type="spellStart"/>
      <w:r w:rsidRPr="00FC5B1D">
        <w:rPr>
          <w:rFonts w:cs="Times New Roman"/>
          <w:sz w:val="24"/>
          <w:szCs w:val="24"/>
        </w:rPr>
        <w:t>kerja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sama</w:t>
      </w:r>
      <w:proofErr w:type="spellEnd"/>
      <w:r w:rsidRPr="00FC5B1D">
        <w:rPr>
          <w:rFonts w:cs="Times New Roman"/>
          <w:sz w:val="24"/>
          <w:szCs w:val="24"/>
        </w:rPr>
        <w:t xml:space="preserve"> Bapak/Ibu, kami </w:t>
      </w:r>
      <w:proofErr w:type="spellStart"/>
      <w:r w:rsidRPr="00FC5B1D">
        <w:rPr>
          <w:rFonts w:cs="Times New Roman"/>
          <w:sz w:val="24"/>
          <w:szCs w:val="24"/>
        </w:rPr>
        <w:t>mengucapkan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terima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kasih</w:t>
      </w:r>
      <w:proofErr w:type="spellEnd"/>
      <w:r w:rsidRPr="00FC5B1D">
        <w:rPr>
          <w:rFonts w:cs="Times New Roman"/>
          <w:sz w:val="24"/>
          <w:szCs w:val="24"/>
        </w:rPr>
        <w:t>.</w:t>
      </w:r>
    </w:p>
    <w:p w14:paraId="1B2055A3" w14:textId="77777777" w:rsidR="00352777" w:rsidRDefault="00000000">
      <w:pPr>
        <w:spacing w:after="80"/>
        <w:rPr>
          <w:rFonts w:cs="Times New Roman"/>
          <w:sz w:val="24"/>
          <w:szCs w:val="24"/>
        </w:rPr>
      </w:pPr>
      <w:proofErr w:type="spellStart"/>
      <w:r w:rsidRPr="00FC5B1D">
        <w:rPr>
          <w:rFonts w:cs="Times New Roman"/>
          <w:sz w:val="24"/>
          <w:szCs w:val="24"/>
        </w:rPr>
        <w:t>Wassalamu’alaikum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warahmatullahi</w:t>
      </w:r>
      <w:proofErr w:type="spellEnd"/>
      <w:r w:rsidRPr="00FC5B1D">
        <w:rPr>
          <w:rFonts w:cs="Times New Roman"/>
          <w:sz w:val="24"/>
          <w:szCs w:val="24"/>
        </w:rPr>
        <w:t xml:space="preserve"> </w:t>
      </w:r>
      <w:proofErr w:type="spellStart"/>
      <w:r w:rsidRPr="00FC5B1D">
        <w:rPr>
          <w:rFonts w:cs="Times New Roman"/>
          <w:sz w:val="24"/>
          <w:szCs w:val="24"/>
        </w:rPr>
        <w:t>wabarakatuh</w:t>
      </w:r>
      <w:proofErr w:type="spellEnd"/>
      <w:r w:rsidRPr="00FC5B1D">
        <w:rPr>
          <w:rFonts w:cs="Times New Roman"/>
          <w:sz w:val="24"/>
          <w:szCs w:val="24"/>
        </w:rPr>
        <w:t>.</w:t>
      </w:r>
    </w:p>
    <w:p w14:paraId="6241CC3C" w14:textId="77777777" w:rsidR="00FC5B1D" w:rsidRPr="00FC5B1D" w:rsidRDefault="00FC5B1D">
      <w:pPr>
        <w:spacing w:after="80"/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365"/>
      </w:tblGrid>
      <w:tr w:rsidR="00352777" w:rsidRPr="00FC5B1D" w14:paraId="461D614A" w14:textId="77777777">
        <w:trPr>
          <w:cantSplit/>
        </w:trPr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6B3D1" w14:textId="77777777" w:rsidR="00352777" w:rsidRPr="00FC5B1D" w:rsidRDefault="0035277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5CDCD" w14:textId="77777777" w:rsidR="00352777" w:rsidRDefault="00FC5B1D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a.n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C5B1D">
              <w:rPr>
                <w:rFonts w:cs="Times New Roman"/>
                <w:sz w:val="24"/>
                <w:szCs w:val="24"/>
              </w:rPr>
              <w:t>Dekan,</w:t>
            </w:r>
          </w:p>
          <w:p w14:paraId="008D41AE" w14:textId="760835FF" w:rsidR="00FC5B1D" w:rsidRPr="00FC5B1D" w:rsidRDefault="00FC5B1D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Wakil Dekan I</w:t>
            </w:r>
          </w:p>
        </w:tc>
      </w:tr>
      <w:tr w:rsidR="00352777" w:rsidRPr="00FC5B1D" w14:paraId="2CDF73EA" w14:textId="77777777">
        <w:trPr>
          <w:cantSplit/>
        </w:trPr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A2CBF" w14:textId="77777777" w:rsidR="00352777" w:rsidRPr="00FC5B1D" w:rsidRDefault="0035277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9107" w14:textId="77777777" w:rsidR="00352777" w:rsidRPr="00FC5B1D" w:rsidRDefault="00352777">
            <w:pPr>
              <w:spacing w:after="520"/>
              <w:rPr>
                <w:rFonts w:cs="Times New Roman"/>
                <w:sz w:val="24"/>
                <w:szCs w:val="24"/>
              </w:rPr>
            </w:pPr>
          </w:p>
        </w:tc>
      </w:tr>
      <w:tr w:rsidR="00352777" w:rsidRPr="00FC5B1D" w14:paraId="0A42175B" w14:textId="77777777">
        <w:trPr>
          <w:cantSplit/>
        </w:trPr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E9E98" w14:textId="77777777" w:rsidR="00352777" w:rsidRPr="00FC5B1D" w:rsidRDefault="0035277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366C" w14:textId="77777777" w:rsidR="00352777" w:rsidRDefault="00FC5B1D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cs="Times New Roman"/>
                <w:b/>
                <w:sz w:val="24"/>
                <w:szCs w:val="24"/>
              </w:rPr>
              <w:t>Madnasir.M.</w:t>
            </w:r>
            <w:proofErr w:type="gramStart"/>
            <w:r>
              <w:rPr>
                <w:rFonts w:cs="Times New Roman"/>
                <w:b/>
                <w:sz w:val="24"/>
                <w:szCs w:val="24"/>
              </w:rPr>
              <w:t>S.I</w:t>
            </w:r>
            <w:proofErr w:type="spellEnd"/>
            <w:proofErr w:type="gramEnd"/>
          </w:p>
          <w:p w14:paraId="15C6E4BE" w14:textId="7D68DCF2" w:rsidR="00FC5B1D" w:rsidRPr="00FC5B1D" w:rsidRDefault="00FC5B1D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NIP. </w:t>
            </w:r>
            <w:r w:rsidRPr="00FC5B1D">
              <w:rPr>
                <w:rFonts w:cs="Times New Roman"/>
                <w:sz w:val="24"/>
                <w:szCs w:val="24"/>
              </w:rPr>
              <w:t>19750424 200212 1 001</w:t>
            </w:r>
          </w:p>
        </w:tc>
      </w:tr>
      <w:tr w:rsidR="00352777" w:rsidRPr="00FC5B1D" w14:paraId="7146CBF1" w14:textId="77777777">
        <w:trPr>
          <w:cantSplit/>
        </w:trPr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B8BB" w14:textId="77777777" w:rsidR="00352777" w:rsidRPr="00FC5B1D" w:rsidRDefault="0035277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99A06" w14:textId="3AF1234E" w:rsidR="00352777" w:rsidRPr="00FC5B1D" w:rsidRDefault="00352777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14:paraId="440ACEBE" w14:textId="77777777" w:rsidR="00A00027" w:rsidRPr="00FC5B1D" w:rsidRDefault="00A00027">
      <w:pPr>
        <w:rPr>
          <w:rFonts w:cs="Times New Roman"/>
          <w:sz w:val="24"/>
          <w:szCs w:val="24"/>
        </w:rPr>
      </w:pPr>
    </w:p>
    <w:sectPr w:rsidR="00A00027" w:rsidRPr="00FC5B1D" w:rsidSect="00FC5B1D">
      <w:pgSz w:w="11906" w:h="16838"/>
      <w:pgMar w:top="765" w:right="849" w:bottom="76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omorDafta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omorDafta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oinDafta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oinDafta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omorDafta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7439225">
    <w:abstractNumId w:val="8"/>
  </w:num>
  <w:num w:numId="2" w16cid:durableId="67726076">
    <w:abstractNumId w:val="6"/>
  </w:num>
  <w:num w:numId="3" w16cid:durableId="905602656">
    <w:abstractNumId w:val="5"/>
  </w:num>
  <w:num w:numId="4" w16cid:durableId="932862219">
    <w:abstractNumId w:val="4"/>
  </w:num>
  <w:num w:numId="5" w16cid:durableId="1157455018">
    <w:abstractNumId w:val="7"/>
  </w:num>
  <w:num w:numId="6" w16cid:durableId="1770464319">
    <w:abstractNumId w:val="3"/>
  </w:num>
  <w:num w:numId="7" w16cid:durableId="27069734">
    <w:abstractNumId w:val="2"/>
  </w:num>
  <w:num w:numId="8" w16cid:durableId="237833701">
    <w:abstractNumId w:val="1"/>
  </w:num>
  <w:num w:numId="9" w16cid:durableId="180670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2777"/>
    <w:rsid w:val="00513164"/>
    <w:rsid w:val="00627D4A"/>
    <w:rsid w:val="007B40BA"/>
    <w:rsid w:val="00A00027"/>
    <w:rsid w:val="00AA1D8D"/>
    <w:rsid w:val="00B47730"/>
    <w:rsid w:val="00CB0664"/>
    <w:rsid w:val="00E94092"/>
    <w:rsid w:val="00FC5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4AA9E"/>
  <w14:defaultImageDpi w14:val="300"/>
  <w15:docId w15:val="{9AB63856-A994-4EAD-9204-032E3615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Judul1">
    <w:name w:val="heading 1"/>
    <w:basedOn w:val="Normal"/>
    <w:next w:val="Normal"/>
    <w:link w:val="Judul1K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618BF"/>
  </w:style>
  <w:style w:type="paragraph" w:styleId="Footer">
    <w:name w:val="footer"/>
    <w:basedOn w:val="Normal"/>
    <w:link w:val="Foot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618BF"/>
  </w:style>
  <w:style w:type="paragraph" w:styleId="TidakAdaSpasi">
    <w:name w:val="No Spacing"/>
    <w:uiPriority w:val="1"/>
    <w:qFormat/>
    <w:rsid w:val="00FC693F"/>
    <w:pPr>
      <w:spacing w:after="0" w:line="240" w:lineRule="auto"/>
    </w:pPr>
  </w:style>
  <w:style w:type="character" w:customStyle="1" w:styleId="Judul1KAR">
    <w:name w:val="Judul 1 KAR"/>
    <w:basedOn w:val="FontParagrafDefault"/>
    <w:link w:val="Judu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">
    <w:name w:val="Title"/>
    <w:basedOn w:val="Normal"/>
    <w:next w:val="Normal"/>
    <w:link w:val="JudulK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JudulKAR">
    <w:name w:val="Judul KAR"/>
    <w:basedOn w:val="FontParagrafDefault"/>
    <w:link w:val="Judu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judul">
    <w:name w:val="Subtitle"/>
    <w:basedOn w:val="Normal"/>
    <w:next w:val="Normal"/>
    <w:link w:val="Subjudu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judulKAR">
    <w:name w:val="Subjudul KAR"/>
    <w:basedOn w:val="FontParagrafDefault"/>
    <w:link w:val="Subjud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aftar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Isi">
    <w:name w:val="Body Text"/>
    <w:basedOn w:val="Normal"/>
    <w:link w:val="TeksIsiKAR"/>
    <w:uiPriority w:val="99"/>
    <w:unhideWhenUsed/>
    <w:rsid w:val="00AA1D8D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rsid w:val="00AA1D8D"/>
  </w:style>
  <w:style w:type="paragraph" w:styleId="TeksIsi2">
    <w:name w:val="Body Text 2"/>
    <w:basedOn w:val="Normal"/>
    <w:link w:val="TeksIsi2KAR"/>
    <w:uiPriority w:val="99"/>
    <w:unhideWhenUsed/>
    <w:rsid w:val="00AA1D8D"/>
    <w:pPr>
      <w:spacing w:after="120" w:line="480" w:lineRule="auto"/>
    </w:pPr>
  </w:style>
  <w:style w:type="character" w:customStyle="1" w:styleId="TeksIsi2KAR">
    <w:name w:val="Teks Isi 2 KAR"/>
    <w:basedOn w:val="FontParagrafDefault"/>
    <w:link w:val="TeksIsi2"/>
    <w:uiPriority w:val="99"/>
    <w:rsid w:val="00AA1D8D"/>
  </w:style>
  <w:style w:type="paragraph" w:styleId="TeksIsi3">
    <w:name w:val="Body Text 3"/>
    <w:basedOn w:val="Normal"/>
    <w:link w:val="TeksIsi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rsid w:val="00AA1D8D"/>
    <w:rPr>
      <w:sz w:val="16"/>
      <w:szCs w:val="16"/>
    </w:rPr>
  </w:style>
  <w:style w:type="paragraph" w:styleId="Daftar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omorDafta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omorDafta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omorDafta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DaftarBerkelanjutan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Makro">
    <w:name w:val="macro"/>
    <w:link w:val="TeksMakro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MakroKAR">
    <w:name w:val="Teks Makro KAR"/>
    <w:basedOn w:val="FontParagrafDefault"/>
    <w:link w:val="TeksMakro"/>
    <w:uiPriority w:val="99"/>
    <w:rsid w:val="0029639D"/>
    <w:rPr>
      <w:rFonts w:ascii="Courier" w:hAnsi="Courier"/>
      <w:sz w:val="20"/>
      <w:szCs w:val="20"/>
    </w:rPr>
  </w:style>
  <w:style w:type="paragraph" w:styleId="Kutipan">
    <w:name w:val="Quote"/>
    <w:basedOn w:val="Normal"/>
    <w:next w:val="Normal"/>
    <w:link w:val="KutipanKAR"/>
    <w:uiPriority w:val="29"/>
    <w:qFormat/>
    <w:rsid w:val="00FC693F"/>
    <w:rPr>
      <w:i/>
      <w:iCs/>
      <w:color w:val="000000" w:themeColor="text1"/>
    </w:rPr>
  </w:style>
  <w:style w:type="character" w:customStyle="1" w:styleId="KutipanKAR">
    <w:name w:val="Kutipan KAR"/>
    <w:basedOn w:val="FontParagrafDefault"/>
    <w:link w:val="Kutipan"/>
    <w:uiPriority w:val="29"/>
    <w:rsid w:val="00FC693F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teranga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uat">
    <w:name w:val="Strong"/>
    <w:basedOn w:val="FontParagrafDefault"/>
    <w:uiPriority w:val="22"/>
    <w:qFormat/>
    <w:rsid w:val="00FC693F"/>
    <w:rPr>
      <w:b/>
      <w:bCs/>
    </w:rPr>
  </w:style>
  <w:style w:type="character" w:styleId="Penekanan">
    <w:name w:val="Emphasis"/>
    <w:basedOn w:val="FontParagrafDefault"/>
    <w:uiPriority w:val="20"/>
    <w:qFormat/>
    <w:rsid w:val="00FC693F"/>
    <w:rPr>
      <w:i/>
      <w:iCs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693F"/>
    <w:rPr>
      <w:b/>
      <w:bCs/>
      <w:i/>
      <w:iCs/>
      <w:color w:val="4F81BD" w:themeColor="accent1"/>
    </w:rPr>
  </w:style>
  <w:style w:type="character" w:styleId="PenekananHalus">
    <w:name w:val="Subtle Emphasis"/>
    <w:basedOn w:val="FontParagrafDefault"/>
    <w:uiPriority w:val="19"/>
    <w:qFormat/>
    <w:rsid w:val="00FC693F"/>
    <w:rPr>
      <w:i/>
      <w:iCs/>
      <w:color w:val="808080" w:themeColor="text1" w:themeTint="7F"/>
    </w:rPr>
  </w:style>
  <w:style w:type="character" w:styleId="PenekananKeras">
    <w:name w:val="Intense Emphasis"/>
    <w:basedOn w:val="FontParagrafDefault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siRumit">
    <w:name w:val="Subtle Reference"/>
    <w:basedOn w:val="FontParagrafDefault"/>
    <w:uiPriority w:val="31"/>
    <w:qFormat/>
    <w:rsid w:val="00FC693F"/>
    <w:rPr>
      <w:smallCaps/>
      <w:color w:val="C0504D" w:themeColor="accent2"/>
      <w:u w:val="single"/>
    </w:rPr>
  </w:style>
  <w:style w:type="character" w:styleId="ReferensiyangSering">
    <w:name w:val="Intense Reference"/>
    <w:basedOn w:val="FontParagrafDefaul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JudulBuku">
    <w:name w:val="Book Title"/>
    <w:basedOn w:val="FontParagrafDefault"/>
    <w:uiPriority w:val="33"/>
    <w:qFormat/>
    <w:rsid w:val="00FC693F"/>
    <w:rPr>
      <w:b/>
      <w:bCs/>
      <w:smallCaps/>
      <w:spacing w:val="5"/>
    </w:rPr>
  </w:style>
  <w:style w:type="paragraph" w:styleId="JudulTOC">
    <w:name w:val="TOC Heading"/>
    <w:basedOn w:val="Judul1"/>
    <w:next w:val="Normal"/>
    <w:uiPriority w:val="39"/>
    <w:semiHidden/>
    <w:unhideWhenUsed/>
    <w:qFormat/>
    <w:rsid w:val="00FC693F"/>
    <w:pPr>
      <w:outlineLvl w:val="9"/>
    </w:pPr>
  </w:style>
  <w:style w:type="table" w:styleId="Kisi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isiCahaya-Aksen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KisiCahaya-Aksen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isiCahaya-Aksen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KisiCahaya-Aksen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KisiCahaya-Aksen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KisiCahaya-Aksen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BayanganSedang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Dekan Permohonan Magang/PKL FEBI UIN Raden Intan Lampung</vt:lpstr>
    </vt:vector>
  </TitlesOfParts>
  <Manager/>
  <Company/>
  <LinksUpToDate>false</LinksUpToDate>
  <CharactersWithSpaces>1650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Dekan Permohonan Magang/PKL FEBI UIN Raden Intan Lampung</dc:title>
  <dc:subject/>
  <dc:creator>FEBI UIN Raden Intan Lampung</dc:creator>
  <cp:keywords/>
  <dc:description>generated by python-docx</dc:description>
  <cp:lastModifiedBy>dewi azzahra</cp:lastModifiedBy>
  <cp:revision>3</cp:revision>
  <dcterms:created xsi:type="dcterms:W3CDTF">2013-12-23T23:15:00Z</dcterms:created>
  <dcterms:modified xsi:type="dcterms:W3CDTF">2026-10-07T06:14:00Z</dcterms:modified>
  <cp:category/>
</cp:coreProperties>
</file>