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6FBB" w14:textId="39B510B8" w:rsidR="006F56DF" w:rsidRDefault="00563F4C">
      <w:pPr>
        <w:pStyle w:val="Judul"/>
        <w:spacing w:before="280" w:after="6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SURAT REKOMENDASI MAGANG </w:t>
      </w:r>
    </w:p>
    <w:p w14:paraId="35281398" w14:textId="77777777" w:rsidR="00F976D2" w:rsidRPr="00F976D2" w:rsidRDefault="00F976D2" w:rsidP="00F976D2"/>
    <w:p w14:paraId="722D5397" w14:textId="77777777" w:rsidR="00563F4C" w:rsidRDefault="00563F4C"/>
    <w:p w14:paraId="4FECAF08" w14:textId="77777777" w:rsidR="006F56DF" w:rsidRDefault="00563F4C">
      <w:proofErr w:type="spellStart"/>
      <w:r>
        <w:t>Yth</w:t>
      </w:r>
      <w:proofErr w:type="spellEnd"/>
      <w:r>
        <w:t xml:space="preserve">. Dekan </w:t>
      </w:r>
      <w:proofErr w:type="spellStart"/>
      <w:r>
        <w:t>Fakultas</w:t>
      </w:r>
      <w:proofErr w:type="spellEnd"/>
      <w:r>
        <w:t xml:space="preserve"> Ekonomi dan </w:t>
      </w:r>
      <w:proofErr w:type="spellStart"/>
      <w:r>
        <w:t>Bisnis</w:t>
      </w:r>
      <w:proofErr w:type="spellEnd"/>
      <w:r>
        <w:t xml:space="preserve"> Islam</w:t>
      </w:r>
      <w:r>
        <w:br/>
        <w:t>UIN Raden Intan Lampung</w:t>
      </w:r>
      <w:r>
        <w:br/>
        <w:t xml:space="preserve">di </w:t>
      </w:r>
      <w:proofErr w:type="spellStart"/>
      <w:r>
        <w:t>tempat</w:t>
      </w:r>
      <w:proofErr w:type="spellEnd"/>
    </w:p>
    <w:p w14:paraId="6EB25AB7" w14:textId="77777777" w:rsidR="00F976D2" w:rsidRDefault="00F976D2"/>
    <w:p w14:paraId="4603A464" w14:textId="77777777" w:rsidR="006F56DF" w:rsidRPr="00563F4C" w:rsidRDefault="00563F4C">
      <w:pPr>
        <w:rPr>
          <w:b/>
          <w:bCs/>
        </w:rPr>
      </w:pPr>
      <w:proofErr w:type="spellStart"/>
      <w:r w:rsidRPr="00563F4C">
        <w:rPr>
          <w:b/>
          <w:bCs/>
        </w:rPr>
        <w:t>Assalamu’alaikum</w:t>
      </w:r>
      <w:proofErr w:type="spellEnd"/>
      <w:r w:rsidRPr="00563F4C">
        <w:rPr>
          <w:b/>
          <w:bCs/>
        </w:rPr>
        <w:t xml:space="preserve"> </w:t>
      </w:r>
      <w:proofErr w:type="spellStart"/>
      <w:r w:rsidRPr="00563F4C">
        <w:rPr>
          <w:b/>
          <w:bCs/>
        </w:rPr>
        <w:t>warahmatullahi</w:t>
      </w:r>
      <w:proofErr w:type="spellEnd"/>
      <w:r w:rsidRPr="00563F4C">
        <w:rPr>
          <w:b/>
          <w:bCs/>
        </w:rPr>
        <w:t xml:space="preserve"> </w:t>
      </w:r>
      <w:proofErr w:type="spellStart"/>
      <w:r w:rsidRPr="00563F4C">
        <w:rPr>
          <w:b/>
          <w:bCs/>
        </w:rPr>
        <w:t>wabarakatuh</w:t>
      </w:r>
      <w:proofErr w:type="spellEnd"/>
      <w:r w:rsidRPr="00563F4C">
        <w:rPr>
          <w:b/>
          <w:bCs/>
        </w:rPr>
        <w:t>.</w:t>
      </w:r>
    </w:p>
    <w:p w14:paraId="14C66C0B" w14:textId="77777777" w:rsidR="006F56DF" w:rsidRDefault="00563F4C">
      <w:r>
        <w:t xml:space="preserve">Yang </w:t>
      </w:r>
      <w:proofErr w:type="spellStart"/>
      <w:r>
        <w:t>bertanda</w:t>
      </w:r>
      <w:proofErr w:type="spellEnd"/>
      <w:r>
        <w:t xml:space="preserve"> </w:t>
      </w:r>
      <w:proofErr w:type="spellStart"/>
      <w:r>
        <w:t>tangan</w:t>
      </w:r>
      <w:proofErr w:type="spellEnd"/>
      <w:r>
        <w:t xml:space="preserve"> di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Ketua</w:t>
      </w:r>
      <w:proofErr w:type="spellEnd"/>
      <w:r>
        <w:t xml:space="preserve"> Program Studi [Nama Program Studi], </w:t>
      </w:r>
      <w:proofErr w:type="spellStart"/>
      <w:r>
        <w:t>Fakultas</w:t>
      </w:r>
      <w:proofErr w:type="spellEnd"/>
      <w:r>
        <w:t xml:space="preserve"> Ekonomi dan </w:t>
      </w:r>
      <w:proofErr w:type="spellStart"/>
      <w:r>
        <w:t>Bisnis</w:t>
      </w:r>
      <w:proofErr w:type="spellEnd"/>
      <w:r>
        <w:t xml:space="preserve"> Islam UIN Raden Intan Lampung,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berikut</w:t>
      </w:r>
      <w:proofErr w:type="spellEnd"/>
      <w:r>
        <w:t>:</w:t>
      </w:r>
    </w:p>
    <w:p w14:paraId="1B2BA210" w14:textId="77777777" w:rsidR="006F56DF" w:rsidRDefault="00563F4C" w:rsidP="00563F4C">
      <w:pPr>
        <w:tabs>
          <w:tab w:val="left" w:pos="2160"/>
        </w:tabs>
        <w:spacing w:after="60"/>
      </w:pPr>
      <w:r>
        <w:t xml:space="preserve">Nama </w:t>
      </w:r>
      <w:proofErr w:type="spellStart"/>
      <w:r>
        <w:t>mahasiswa</w:t>
      </w:r>
      <w:proofErr w:type="spellEnd"/>
      <w:r>
        <w:tab/>
        <w:t xml:space="preserve">: </w:t>
      </w:r>
    </w:p>
    <w:p w14:paraId="73F4FEE6" w14:textId="77777777" w:rsidR="006F56DF" w:rsidRDefault="00563F4C" w:rsidP="00563F4C">
      <w:pPr>
        <w:tabs>
          <w:tab w:val="left" w:pos="2160"/>
        </w:tabs>
        <w:spacing w:after="60"/>
      </w:pPr>
      <w:r>
        <w:t>NPM</w:t>
      </w:r>
      <w:r>
        <w:tab/>
        <w:t xml:space="preserve">:  </w:t>
      </w:r>
    </w:p>
    <w:p w14:paraId="18E3BB83" w14:textId="77777777" w:rsidR="006F56DF" w:rsidRDefault="00563F4C" w:rsidP="00563F4C">
      <w:pPr>
        <w:tabs>
          <w:tab w:val="left" w:pos="2160"/>
        </w:tabs>
        <w:spacing w:after="60"/>
      </w:pPr>
      <w:r>
        <w:t xml:space="preserve">Program </w:t>
      </w:r>
      <w:proofErr w:type="spellStart"/>
      <w:r>
        <w:t>studi</w:t>
      </w:r>
      <w:proofErr w:type="spellEnd"/>
      <w:r>
        <w:tab/>
        <w:t xml:space="preserve">: </w:t>
      </w:r>
    </w:p>
    <w:p w14:paraId="739D511A" w14:textId="51243CF0" w:rsidR="006F56DF" w:rsidRDefault="00563F4C">
      <w:pPr>
        <w:tabs>
          <w:tab w:val="left" w:pos="2160"/>
        </w:tabs>
        <w:spacing w:after="60"/>
      </w:pPr>
      <w:r>
        <w:t>Angkatan</w:t>
      </w:r>
      <w:r>
        <w:tab/>
        <w:t>: 202</w:t>
      </w:r>
      <w:r w:rsidR="00685910">
        <w:t>3</w:t>
      </w:r>
    </w:p>
    <w:p w14:paraId="753D3B58" w14:textId="77777777" w:rsidR="006F56DF" w:rsidRDefault="00563F4C" w:rsidP="00563F4C">
      <w:pPr>
        <w:tabs>
          <w:tab w:val="left" w:pos="2160"/>
        </w:tabs>
        <w:spacing w:after="60"/>
      </w:pPr>
      <w:proofErr w:type="spellStart"/>
      <w:r>
        <w:t>Nomor</w:t>
      </w:r>
      <w:proofErr w:type="spellEnd"/>
      <w:r>
        <w:t xml:space="preserve"> </w:t>
      </w:r>
      <w:proofErr w:type="spellStart"/>
      <w:r>
        <w:t>telepon</w:t>
      </w:r>
      <w:proofErr w:type="spellEnd"/>
      <w:r>
        <w:tab/>
        <w:t xml:space="preserve">: </w:t>
      </w:r>
    </w:p>
    <w:p w14:paraId="491A8432" w14:textId="7B6243F2" w:rsidR="006F56DF" w:rsidRDefault="00563F4C">
      <w:proofErr w:type="spellStart"/>
      <w:r>
        <w:t>untuk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Magang</w:t>
      </w:r>
      <w:proofErr w:type="spellEnd"/>
      <w:r>
        <w:t>/</w:t>
      </w:r>
      <w:proofErr w:type="spellStart"/>
      <w:r>
        <w:t>Praktik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Lapangan (PKL) pada:</w:t>
      </w:r>
    </w:p>
    <w:p w14:paraId="194E5B4B" w14:textId="77777777" w:rsidR="006F56DF" w:rsidRDefault="00563F4C" w:rsidP="00563F4C">
      <w:pPr>
        <w:tabs>
          <w:tab w:val="left" w:pos="2160"/>
        </w:tabs>
        <w:spacing w:after="60"/>
      </w:pPr>
      <w:proofErr w:type="spellStart"/>
      <w:r>
        <w:t>Instansi</w:t>
      </w:r>
      <w:proofErr w:type="spellEnd"/>
      <w:r>
        <w:t>/</w:t>
      </w:r>
      <w:proofErr w:type="spellStart"/>
      <w:r>
        <w:t>lembaga</w:t>
      </w:r>
      <w:proofErr w:type="spellEnd"/>
      <w:r>
        <w:tab/>
        <w:t xml:space="preserve">:  </w:t>
      </w:r>
    </w:p>
    <w:p w14:paraId="6E10F9A6" w14:textId="77777777" w:rsidR="006F56DF" w:rsidRDefault="00563F4C" w:rsidP="00563F4C">
      <w:pPr>
        <w:tabs>
          <w:tab w:val="left" w:pos="2160"/>
        </w:tabs>
        <w:spacing w:after="60"/>
      </w:pPr>
      <w:r>
        <w:t xml:space="preserve">Alamat </w:t>
      </w:r>
      <w:proofErr w:type="spellStart"/>
      <w:r>
        <w:t>instansi</w:t>
      </w:r>
      <w:proofErr w:type="spellEnd"/>
      <w:r>
        <w:tab/>
        <w:t xml:space="preserve">: </w:t>
      </w:r>
    </w:p>
    <w:p w14:paraId="1C46585B" w14:textId="77777777" w:rsidR="006F56DF" w:rsidRDefault="00563F4C">
      <w:pPr>
        <w:tabs>
          <w:tab w:val="left" w:pos="2160"/>
        </w:tabs>
        <w:spacing w:after="60"/>
      </w:pPr>
      <w:proofErr w:type="spellStart"/>
      <w:r>
        <w:t>Periode</w:t>
      </w:r>
      <w:proofErr w:type="spellEnd"/>
      <w:r>
        <w:t xml:space="preserve"> </w:t>
      </w:r>
      <w:proofErr w:type="spellStart"/>
      <w:r>
        <w:t>magang</w:t>
      </w:r>
      <w:proofErr w:type="spellEnd"/>
      <w:r>
        <w:tab/>
        <w:t>: [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] </w:t>
      </w:r>
      <w:proofErr w:type="spellStart"/>
      <w:r>
        <w:t>s.d.</w:t>
      </w:r>
      <w:proofErr w:type="spellEnd"/>
      <w:r>
        <w:t xml:space="preserve"> [</w:t>
      </w:r>
      <w:proofErr w:type="spellStart"/>
      <w:r>
        <w:t>Tanggal</w:t>
      </w:r>
      <w:proofErr w:type="spellEnd"/>
      <w:r>
        <w:t xml:space="preserve"> </w:t>
      </w:r>
      <w:proofErr w:type="spellStart"/>
      <w:r>
        <w:t>Selesai</w:t>
      </w:r>
      <w:proofErr w:type="spellEnd"/>
      <w:r>
        <w:t>]</w:t>
      </w:r>
    </w:p>
    <w:p w14:paraId="51B8690F" w14:textId="77777777" w:rsidR="00563F4C" w:rsidRDefault="00563F4C"/>
    <w:p w14:paraId="2AA341A9" w14:textId="77777777" w:rsidR="00563F4C" w:rsidRDefault="00563F4C" w:rsidP="00563F4C">
      <w:pPr>
        <w:jc w:val="both"/>
      </w:pPr>
      <w:proofErr w:type="spellStart"/>
      <w:r>
        <w:t>Berdasarkan</w:t>
      </w:r>
      <w:proofErr w:type="spellEnd"/>
      <w:r>
        <w:t xml:space="preserve"> </w:t>
      </w:r>
      <w:proofErr w:type="spellStart"/>
      <w:r>
        <w:t>verifikasi</w:t>
      </w:r>
      <w:proofErr w:type="spellEnd"/>
      <w:r>
        <w:t xml:space="preserve"> program </w:t>
      </w:r>
      <w:proofErr w:type="spellStart"/>
      <w:r>
        <w:t>studi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melaksanakan</w:t>
      </w:r>
      <w:proofErr w:type="spellEnd"/>
      <w:r>
        <w:t xml:space="preserve"> KKN dan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t xml:space="preserve"> </w:t>
      </w:r>
      <w:proofErr w:type="spellStart"/>
      <w:r>
        <w:t>tempat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mandiri</w:t>
      </w:r>
      <w:proofErr w:type="spellEnd"/>
      <w:r>
        <w:t xml:space="preserve">. </w:t>
      </w:r>
    </w:p>
    <w:p w14:paraId="541AC8BC" w14:textId="2164D719" w:rsidR="00563F4C" w:rsidRDefault="00563F4C" w:rsidP="00563F4C">
      <w:pPr>
        <w:jc w:val="both"/>
      </w:pPr>
      <w:proofErr w:type="spellStart"/>
      <w:r>
        <w:t>Rekomendasi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diberikan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lampiran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permohonan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Dekan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/PKL.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prosedur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, </w:t>
      </w:r>
      <w:proofErr w:type="spellStart"/>
      <w:r>
        <w:t>menaati</w:t>
      </w:r>
      <w:proofErr w:type="spellEnd"/>
      <w:r>
        <w:t xml:space="preserve"> tata </w:t>
      </w:r>
      <w:proofErr w:type="spellStart"/>
      <w:r>
        <w:t>tertib</w:t>
      </w:r>
      <w:proofErr w:type="spellEnd"/>
      <w:r>
        <w:t xml:space="preserve"> </w:t>
      </w:r>
      <w:proofErr w:type="spellStart"/>
      <w:r>
        <w:t>instansi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, dan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kewajiban</w:t>
      </w:r>
      <w:proofErr w:type="spellEnd"/>
      <w:r>
        <w:t xml:space="preserve"> </w:t>
      </w:r>
      <w:proofErr w:type="spellStart"/>
      <w:r>
        <w:t>pelaporan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penilaian</w:t>
      </w:r>
      <w:proofErr w:type="spellEnd"/>
      <w:r>
        <w:t xml:space="preserve"> </w:t>
      </w:r>
      <w:proofErr w:type="spellStart"/>
      <w:r>
        <w:t>magang</w:t>
      </w:r>
      <w:proofErr w:type="spellEnd"/>
      <w:r>
        <w:t xml:space="preserve">. </w:t>
      </w:r>
    </w:p>
    <w:p w14:paraId="2293B40F" w14:textId="77777777" w:rsidR="00563F4C" w:rsidRDefault="00563F4C" w:rsidP="00563F4C">
      <w:pPr>
        <w:jc w:val="both"/>
      </w:pPr>
    </w:p>
    <w:p w14:paraId="176F5C2C" w14:textId="77777777" w:rsidR="006F56DF" w:rsidRDefault="00563F4C">
      <w:proofErr w:type="spellStart"/>
      <w:r>
        <w:t>Demikian</w:t>
      </w:r>
      <w:proofErr w:type="spellEnd"/>
      <w:r>
        <w:t xml:space="preserve"> </w:t>
      </w:r>
      <w:proofErr w:type="spellStart"/>
      <w:r>
        <w:t>surat</w:t>
      </w:r>
      <w:proofErr w:type="spellEnd"/>
      <w:r>
        <w:t xml:space="preserve"> </w:t>
      </w:r>
      <w:proofErr w:type="spellStart"/>
      <w:r>
        <w:t>rekomendasi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dipergunakan</w:t>
      </w:r>
      <w:proofErr w:type="spellEnd"/>
      <w:r>
        <w:t xml:space="preserve"> </w:t>
      </w:r>
      <w:proofErr w:type="spellStart"/>
      <w:r>
        <w:t>sebagaimana</w:t>
      </w:r>
      <w:proofErr w:type="spellEnd"/>
      <w:r>
        <w:t xml:space="preserve"> </w:t>
      </w:r>
      <w:proofErr w:type="spellStart"/>
      <w:r>
        <w:t>mestinya</w:t>
      </w:r>
      <w:proofErr w:type="spellEnd"/>
      <w:r>
        <w:t>.</w:t>
      </w:r>
    </w:p>
    <w:p w14:paraId="262FCAB8" w14:textId="77777777" w:rsidR="006F56DF" w:rsidRPr="00563F4C" w:rsidRDefault="00563F4C">
      <w:pPr>
        <w:rPr>
          <w:b/>
          <w:bCs/>
        </w:rPr>
      </w:pPr>
      <w:proofErr w:type="spellStart"/>
      <w:r w:rsidRPr="00563F4C">
        <w:rPr>
          <w:b/>
          <w:bCs/>
        </w:rPr>
        <w:t>Wassalamu’alaikum</w:t>
      </w:r>
      <w:proofErr w:type="spellEnd"/>
      <w:r w:rsidRPr="00563F4C">
        <w:rPr>
          <w:b/>
          <w:bCs/>
        </w:rPr>
        <w:t xml:space="preserve"> </w:t>
      </w:r>
      <w:proofErr w:type="spellStart"/>
      <w:r w:rsidRPr="00563F4C">
        <w:rPr>
          <w:b/>
          <w:bCs/>
        </w:rPr>
        <w:t>warahmatullahi</w:t>
      </w:r>
      <w:proofErr w:type="spellEnd"/>
      <w:r w:rsidRPr="00563F4C">
        <w:rPr>
          <w:b/>
          <w:bCs/>
        </w:rPr>
        <w:t xml:space="preserve"> </w:t>
      </w:r>
      <w:proofErr w:type="spellStart"/>
      <w:r w:rsidRPr="00563F4C">
        <w:rPr>
          <w:b/>
          <w:bCs/>
        </w:rPr>
        <w:t>wabarakatuh</w:t>
      </w:r>
      <w:proofErr w:type="spellEnd"/>
      <w:r w:rsidRPr="00563F4C">
        <w:rPr>
          <w:b/>
          <w:bCs/>
        </w:rPr>
        <w:t>.</w:t>
      </w:r>
    </w:p>
    <w:p w14:paraId="1280BA4E" w14:textId="77777777" w:rsidR="006F56DF" w:rsidRDefault="00563F4C">
      <w:pPr>
        <w:jc w:val="right"/>
      </w:pPr>
      <w:r>
        <w:t>Bandar Lampung, [</w:t>
      </w:r>
      <w:proofErr w:type="spellStart"/>
      <w:r>
        <w:t>Tanggal</w:t>
      </w:r>
      <w:proofErr w:type="spellEnd"/>
      <w:r>
        <w:t xml:space="preserve"> Bulan </w:t>
      </w:r>
      <w:proofErr w:type="spellStart"/>
      <w:r>
        <w:t>Tahun</w:t>
      </w:r>
      <w:proofErr w:type="spellEnd"/>
      <w:r>
        <w:t>]</w:t>
      </w:r>
    </w:p>
    <w:p w14:paraId="6F78046C" w14:textId="77777777" w:rsidR="00563F4C" w:rsidRDefault="00563F4C">
      <w:pPr>
        <w:jc w:val="right"/>
      </w:pPr>
    </w:p>
    <w:tbl>
      <w:tblPr>
        <w:tblStyle w:val="Kisi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6"/>
        <w:gridCol w:w="4896"/>
      </w:tblGrid>
      <w:tr w:rsidR="00563F4C" w14:paraId="21D96DFC" w14:textId="77777777" w:rsidTr="00563F4C">
        <w:tc>
          <w:tcPr>
            <w:tcW w:w="4896" w:type="dxa"/>
          </w:tcPr>
          <w:p w14:paraId="6A4E8503" w14:textId="77777777" w:rsidR="00563F4C" w:rsidRDefault="00563F4C" w:rsidP="00563F4C">
            <w:pPr>
              <w:jc w:val="center"/>
            </w:pPr>
            <w:proofErr w:type="spellStart"/>
            <w:r>
              <w:t>Mahasiswa</w:t>
            </w:r>
            <w:proofErr w:type="spellEnd"/>
          </w:p>
          <w:p w14:paraId="6151C5F0" w14:textId="77777777" w:rsidR="00563F4C" w:rsidRDefault="00563F4C" w:rsidP="00563F4C">
            <w:pPr>
              <w:jc w:val="center"/>
            </w:pPr>
          </w:p>
          <w:p w14:paraId="19238013" w14:textId="77777777" w:rsidR="00563F4C" w:rsidRDefault="00563F4C" w:rsidP="00563F4C">
            <w:pPr>
              <w:jc w:val="center"/>
            </w:pPr>
          </w:p>
          <w:p w14:paraId="01F5245C" w14:textId="77777777" w:rsidR="00563F4C" w:rsidRDefault="00563F4C" w:rsidP="00563F4C">
            <w:pPr>
              <w:jc w:val="center"/>
              <w:rPr>
                <w:b/>
              </w:rPr>
            </w:pPr>
            <w:r>
              <w:rPr>
                <w:b/>
              </w:rPr>
              <w:t xml:space="preserve">[Nama </w:t>
            </w:r>
            <w:proofErr w:type="spellStart"/>
            <w:r>
              <w:rPr>
                <w:b/>
              </w:rPr>
              <w:t>Mahasiswa</w:t>
            </w:r>
            <w:proofErr w:type="spellEnd"/>
            <w:r>
              <w:rPr>
                <w:b/>
              </w:rPr>
              <w:t>]</w:t>
            </w:r>
          </w:p>
          <w:p w14:paraId="34808D87" w14:textId="77777777" w:rsidR="00563F4C" w:rsidRDefault="00563F4C" w:rsidP="00563F4C">
            <w:pPr>
              <w:jc w:val="center"/>
            </w:pPr>
            <w:r>
              <w:t xml:space="preserve">NPM. </w:t>
            </w:r>
            <w:proofErr w:type="spellStart"/>
            <w:r>
              <w:t>Xxx</w:t>
            </w:r>
            <w:proofErr w:type="spellEnd"/>
            <w:r>
              <w:t xml:space="preserve"> xxx </w:t>
            </w:r>
            <w:proofErr w:type="spellStart"/>
            <w:r>
              <w:t>xxx</w:t>
            </w:r>
            <w:proofErr w:type="spellEnd"/>
          </w:p>
        </w:tc>
        <w:tc>
          <w:tcPr>
            <w:tcW w:w="4896" w:type="dxa"/>
          </w:tcPr>
          <w:p w14:paraId="42C23F0C" w14:textId="77777777" w:rsidR="00563F4C" w:rsidRDefault="00563F4C" w:rsidP="00563F4C">
            <w:pPr>
              <w:tabs>
                <w:tab w:val="left" w:pos="4608"/>
              </w:tabs>
              <w:jc w:val="center"/>
            </w:pPr>
            <w:proofErr w:type="spellStart"/>
            <w:r>
              <w:t>Pembimbing</w:t>
            </w:r>
            <w:proofErr w:type="spellEnd"/>
            <w:r>
              <w:t xml:space="preserve"> Akademik,</w:t>
            </w:r>
          </w:p>
          <w:p w14:paraId="30F99962" w14:textId="77777777" w:rsidR="00563F4C" w:rsidRDefault="00563F4C" w:rsidP="00563F4C">
            <w:pPr>
              <w:tabs>
                <w:tab w:val="left" w:pos="4608"/>
              </w:tabs>
              <w:jc w:val="center"/>
            </w:pPr>
          </w:p>
          <w:p w14:paraId="727E1F43" w14:textId="77777777" w:rsidR="00563F4C" w:rsidRDefault="00563F4C" w:rsidP="00563F4C">
            <w:pPr>
              <w:tabs>
                <w:tab w:val="left" w:pos="4608"/>
              </w:tabs>
              <w:jc w:val="center"/>
            </w:pPr>
          </w:p>
          <w:p w14:paraId="6B82454C" w14:textId="77777777" w:rsidR="00563F4C" w:rsidRDefault="00563F4C" w:rsidP="00563F4C">
            <w:pPr>
              <w:tabs>
                <w:tab w:val="left" w:pos="4608"/>
              </w:tabs>
              <w:jc w:val="center"/>
            </w:pPr>
            <w:r>
              <w:rPr>
                <w:b/>
              </w:rPr>
              <w:t>[Nama dan Gelar PA]</w:t>
            </w:r>
          </w:p>
          <w:p w14:paraId="7FA96D77" w14:textId="77777777" w:rsidR="00563F4C" w:rsidRDefault="00563F4C" w:rsidP="00563F4C">
            <w:pPr>
              <w:tabs>
                <w:tab w:val="left" w:pos="4608"/>
              </w:tabs>
              <w:jc w:val="center"/>
            </w:pPr>
            <w:r>
              <w:t>NIP.</w:t>
            </w:r>
          </w:p>
        </w:tc>
      </w:tr>
    </w:tbl>
    <w:p w14:paraId="2D5D2AD9" w14:textId="77777777" w:rsidR="00563F4C" w:rsidRDefault="00563F4C">
      <w:pPr>
        <w:jc w:val="right"/>
      </w:pPr>
    </w:p>
    <w:p w14:paraId="6A41998D" w14:textId="77777777" w:rsidR="006F56DF" w:rsidRDefault="00563F4C" w:rsidP="00563F4C">
      <w:pPr>
        <w:tabs>
          <w:tab w:val="left" w:pos="4608"/>
        </w:tabs>
      </w:pPr>
      <w:r>
        <w:rPr>
          <w:b/>
        </w:rPr>
        <w:tab/>
      </w:r>
      <w:r>
        <w:tab/>
      </w:r>
    </w:p>
    <w:p w14:paraId="71ACA471" w14:textId="77777777" w:rsidR="006F56DF" w:rsidRDefault="00563F4C">
      <w:pPr>
        <w:jc w:val="center"/>
      </w:pPr>
      <w:proofErr w:type="spellStart"/>
      <w:r>
        <w:t>Mengetahui</w:t>
      </w:r>
      <w:proofErr w:type="spellEnd"/>
      <w:r>
        <w:t>,</w:t>
      </w:r>
      <w:r>
        <w:br/>
      </w:r>
      <w:proofErr w:type="spellStart"/>
      <w:r>
        <w:t>Ketua</w:t>
      </w:r>
      <w:proofErr w:type="spellEnd"/>
      <w:r>
        <w:t xml:space="preserve"> Program Studi [Nama Prodi]</w:t>
      </w:r>
    </w:p>
    <w:p w14:paraId="072D6450" w14:textId="77777777" w:rsidR="00563F4C" w:rsidRDefault="00563F4C"/>
    <w:p w14:paraId="736DFBD8" w14:textId="77777777" w:rsidR="006F56DF" w:rsidRDefault="00563F4C">
      <w:r>
        <w:br/>
      </w:r>
    </w:p>
    <w:p w14:paraId="5D6382CE" w14:textId="77777777" w:rsidR="006F56DF" w:rsidRDefault="00563F4C">
      <w:pPr>
        <w:jc w:val="center"/>
      </w:pPr>
      <w:r>
        <w:rPr>
          <w:b/>
        </w:rPr>
        <w:t>[Nama dan Gelar Kaprodi]</w:t>
      </w:r>
    </w:p>
    <w:p w14:paraId="4D9E040F" w14:textId="77777777" w:rsidR="006F56DF" w:rsidRDefault="00563F4C">
      <w:pPr>
        <w:jc w:val="center"/>
      </w:pPr>
      <w:r>
        <w:t xml:space="preserve">NIP. [NIP </w:t>
      </w:r>
      <w:proofErr w:type="spellStart"/>
      <w:r>
        <w:t>Kaprodi</w:t>
      </w:r>
      <w:proofErr w:type="spellEnd"/>
      <w:r>
        <w:t>]</w:t>
      </w:r>
    </w:p>
    <w:sectPr w:rsidR="006F56DF" w:rsidSect="00563F4C">
      <w:pgSz w:w="12240" w:h="15840"/>
      <w:pgMar w:top="709" w:right="1224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omorDafta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omorDafta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oinDaftar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oinDaftar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omorDafta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oinDafta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1457701">
    <w:abstractNumId w:val="8"/>
  </w:num>
  <w:num w:numId="2" w16cid:durableId="401605462">
    <w:abstractNumId w:val="6"/>
  </w:num>
  <w:num w:numId="3" w16cid:durableId="723674904">
    <w:abstractNumId w:val="5"/>
  </w:num>
  <w:num w:numId="4" w16cid:durableId="322048790">
    <w:abstractNumId w:val="4"/>
  </w:num>
  <w:num w:numId="5" w16cid:durableId="231670702">
    <w:abstractNumId w:val="7"/>
  </w:num>
  <w:num w:numId="6" w16cid:durableId="803931516">
    <w:abstractNumId w:val="3"/>
  </w:num>
  <w:num w:numId="7" w16cid:durableId="1860003022">
    <w:abstractNumId w:val="2"/>
  </w:num>
  <w:num w:numId="8" w16cid:durableId="407197538">
    <w:abstractNumId w:val="1"/>
  </w:num>
  <w:num w:numId="9" w16cid:durableId="1756826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6B5"/>
    <w:rsid w:val="0015074B"/>
    <w:rsid w:val="0029639D"/>
    <w:rsid w:val="00326F90"/>
    <w:rsid w:val="00513164"/>
    <w:rsid w:val="00563F4C"/>
    <w:rsid w:val="00685910"/>
    <w:rsid w:val="006D1F9C"/>
    <w:rsid w:val="006F56DF"/>
    <w:rsid w:val="007B40BA"/>
    <w:rsid w:val="00AA1D8D"/>
    <w:rsid w:val="00B47730"/>
    <w:rsid w:val="00B52A94"/>
    <w:rsid w:val="00CB0664"/>
    <w:rsid w:val="00F976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B6F21"/>
  <w14:defaultImageDpi w14:val="300"/>
  <w15:docId w15:val="{86E63BF0-542F-40C9-915B-E52E99C43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Judul1">
    <w:name w:val="heading 1"/>
    <w:basedOn w:val="Normal"/>
    <w:next w:val="Normal"/>
    <w:link w:val="Judul1K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KAR">
    <w:name w:val="Header KAR"/>
    <w:basedOn w:val="FontParagrafDefault"/>
    <w:link w:val="Header"/>
    <w:uiPriority w:val="99"/>
    <w:rsid w:val="00E618BF"/>
  </w:style>
  <w:style w:type="paragraph" w:styleId="Footer">
    <w:name w:val="footer"/>
    <w:basedOn w:val="Normal"/>
    <w:link w:val="FooterK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KAR">
    <w:name w:val="Footer KAR"/>
    <w:basedOn w:val="FontParagrafDefault"/>
    <w:link w:val="Footer"/>
    <w:uiPriority w:val="99"/>
    <w:rsid w:val="00E618BF"/>
  </w:style>
  <w:style w:type="paragraph" w:styleId="TidakAdaSpasi">
    <w:name w:val="No Spacing"/>
    <w:uiPriority w:val="1"/>
    <w:qFormat/>
    <w:rsid w:val="00FC693F"/>
    <w:pPr>
      <w:spacing w:after="0" w:line="240" w:lineRule="auto"/>
    </w:pPr>
  </w:style>
  <w:style w:type="character" w:customStyle="1" w:styleId="Judul1KAR">
    <w:name w:val="Judul 1 KAR"/>
    <w:basedOn w:val="FontParagrafDefault"/>
    <w:link w:val="Judul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Judul2KAR">
    <w:name w:val="Judul 2 KAR"/>
    <w:basedOn w:val="FontParagrafDefault"/>
    <w:link w:val="Judul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Judul3KAR">
    <w:name w:val="Judul 3 KAR"/>
    <w:basedOn w:val="FontParagrafDefault"/>
    <w:link w:val="Judul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Judul">
    <w:name w:val="Title"/>
    <w:basedOn w:val="Normal"/>
    <w:next w:val="Normal"/>
    <w:link w:val="JudulK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JudulKAR">
    <w:name w:val="Judul KAR"/>
    <w:basedOn w:val="FontParagrafDefault"/>
    <w:link w:val="Judu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judul">
    <w:name w:val="Subtitle"/>
    <w:basedOn w:val="Normal"/>
    <w:next w:val="Normal"/>
    <w:link w:val="SubjudulK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judulKAR">
    <w:name w:val="Subjudul KAR"/>
    <w:basedOn w:val="FontParagrafDefault"/>
    <w:link w:val="Subjud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aftar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Isi">
    <w:name w:val="Body Text"/>
    <w:basedOn w:val="Normal"/>
    <w:link w:val="TeksIsiKAR"/>
    <w:uiPriority w:val="99"/>
    <w:unhideWhenUsed/>
    <w:rsid w:val="00AA1D8D"/>
    <w:pPr>
      <w:spacing w:after="120"/>
    </w:pPr>
  </w:style>
  <w:style w:type="character" w:customStyle="1" w:styleId="TeksIsiKAR">
    <w:name w:val="Teks Isi KAR"/>
    <w:basedOn w:val="FontParagrafDefault"/>
    <w:link w:val="TeksIsi"/>
    <w:uiPriority w:val="99"/>
    <w:rsid w:val="00AA1D8D"/>
  </w:style>
  <w:style w:type="paragraph" w:styleId="TeksIsi2">
    <w:name w:val="Body Text 2"/>
    <w:basedOn w:val="Normal"/>
    <w:link w:val="TeksIsi2KAR"/>
    <w:uiPriority w:val="99"/>
    <w:unhideWhenUsed/>
    <w:rsid w:val="00AA1D8D"/>
    <w:pPr>
      <w:spacing w:after="120" w:line="480" w:lineRule="auto"/>
    </w:pPr>
  </w:style>
  <w:style w:type="character" w:customStyle="1" w:styleId="TeksIsi2KAR">
    <w:name w:val="Teks Isi 2 KAR"/>
    <w:basedOn w:val="FontParagrafDefault"/>
    <w:link w:val="TeksIsi2"/>
    <w:uiPriority w:val="99"/>
    <w:rsid w:val="00AA1D8D"/>
  </w:style>
  <w:style w:type="paragraph" w:styleId="TeksIsi3">
    <w:name w:val="Body Text 3"/>
    <w:basedOn w:val="Normal"/>
    <w:link w:val="TeksIsi3K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Isi3KAR">
    <w:name w:val="Teks Isi 3 KAR"/>
    <w:basedOn w:val="FontParagrafDefault"/>
    <w:link w:val="TeksIsi3"/>
    <w:uiPriority w:val="99"/>
    <w:rsid w:val="00AA1D8D"/>
    <w:rPr>
      <w:sz w:val="16"/>
      <w:szCs w:val="16"/>
    </w:rPr>
  </w:style>
  <w:style w:type="paragraph" w:styleId="Daftar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Daftar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Daftar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oinDaftar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oinDaftar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oinDaftar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omorDafta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omorDafta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omorDafta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DaftarBerkelanjutan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DaftarBerkelanjutan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DaftarBerkelanjutan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Makro">
    <w:name w:val="macro"/>
    <w:link w:val="TeksMakroK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MakroKAR">
    <w:name w:val="Teks Makro KAR"/>
    <w:basedOn w:val="FontParagrafDefault"/>
    <w:link w:val="TeksMakro"/>
    <w:uiPriority w:val="99"/>
    <w:rsid w:val="0029639D"/>
    <w:rPr>
      <w:rFonts w:ascii="Courier" w:hAnsi="Courier"/>
      <w:sz w:val="20"/>
      <w:szCs w:val="20"/>
    </w:rPr>
  </w:style>
  <w:style w:type="paragraph" w:styleId="Kutipan">
    <w:name w:val="Quote"/>
    <w:basedOn w:val="Normal"/>
    <w:next w:val="Normal"/>
    <w:link w:val="KutipanKAR"/>
    <w:uiPriority w:val="29"/>
    <w:qFormat/>
    <w:rsid w:val="00FC693F"/>
    <w:rPr>
      <w:i/>
      <w:iCs/>
      <w:color w:val="000000" w:themeColor="text1"/>
    </w:rPr>
  </w:style>
  <w:style w:type="character" w:customStyle="1" w:styleId="KutipanKAR">
    <w:name w:val="Kutipan KAR"/>
    <w:basedOn w:val="FontParagrafDefault"/>
    <w:link w:val="Kutipan"/>
    <w:uiPriority w:val="29"/>
    <w:rsid w:val="00FC693F"/>
    <w:rPr>
      <w:i/>
      <w:iCs/>
      <w:color w:val="000000" w:themeColor="text1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eteranga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Kuat">
    <w:name w:val="Strong"/>
    <w:basedOn w:val="FontParagrafDefault"/>
    <w:uiPriority w:val="22"/>
    <w:qFormat/>
    <w:rsid w:val="00FC693F"/>
    <w:rPr>
      <w:b/>
      <w:bCs/>
    </w:rPr>
  </w:style>
  <w:style w:type="character" w:styleId="Penekanan">
    <w:name w:val="Emphasis"/>
    <w:basedOn w:val="FontParagrafDefault"/>
    <w:uiPriority w:val="20"/>
    <w:qFormat/>
    <w:rsid w:val="00FC693F"/>
    <w:rPr>
      <w:i/>
      <w:iCs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FC693F"/>
    <w:rPr>
      <w:b/>
      <w:bCs/>
      <w:i/>
      <w:iCs/>
      <w:color w:val="4F81BD" w:themeColor="accent1"/>
    </w:rPr>
  </w:style>
  <w:style w:type="character" w:styleId="PenekananHalus">
    <w:name w:val="Subtle Emphasis"/>
    <w:basedOn w:val="FontParagrafDefault"/>
    <w:uiPriority w:val="19"/>
    <w:qFormat/>
    <w:rsid w:val="00FC693F"/>
    <w:rPr>
      <w:i/>
      <w:iCs/>
      <w:color w:val="808080" w:themeColor="text1" w:themeTint="7F"/>
    </w:rPr>
  </w:style>
  <w:style w:type="character" w:styleId="PenekananKeras">
    <w:name w:val="Intense Emphasis"/>
    <w:basedOn w:val="FontParagrafDefault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siRumit">
    <w:name w:val="Subtle Reference"/>
    <w:basedOn w:val="FontParagrafDefault"/>
    <w:uiPriority w:val="31"/>
    <w:qFormat/>
    <w:rsid w:val="00FC693F"/>
    <w:rPr>
      <w:smallCaps/>
      <w:color w:val="C0504D" w:themeColor="accent2"/>
      <w:u w:val="single"/>
    </w:rPr>
  </w:style>
  <w:style w:type="character" w:styleId="ReferensiyangSering">
    <w:name w:val="Intense Reference"/>
    <w:basedOn w:val="FontParagrafDefaul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JudulBuku">
    <w:name w:val="Book Title"/>
    <w:basedOn w:val="FontParagrafDefault"/>
    <w:uiPriority w:val="33"/>
    <w:qFormat/>
    <w:rsid w:val="00FC693F"/>
    <w:rPr>
      <w:b/>
      <w:bCs/>
      <w:smallCaps/>
      <w:spacing w:val="5"/>
    </w:rPr>
  </w:style>
  <w:style w:type="paragraph" w:styleId="JudulTOC">
    <w:name w:val="TOC Heading"/>
    <w:basedOn w:val="Judul1"/>
    <w:next w:val="Normal"/>
    <w:uiPriority w:val="39"/>
    <w:semiHidden/>
    <w:unhideWhenUsed/>
    <w:qFormat/>
    <w:rsid w:val="00FC693F"/>
    <w:pPr>
      <w:outlineLvl w:val="9"/>
    </w:pPr>
  </w:style>
  <w:style w:type="table" w:styleId="KisiTabe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BayanganTip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BayanganCahaya-Aksen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yanganCahaya-Aksen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BayanganCahaya-Aksen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BayanganCahaya-Aksen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BayanganCahaya-Aksen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BayanganCahaya-Aksen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DaftarCahaya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aftarCahaya-Aksen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DaftarCahaya-Aksen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DaftarCahaya-Aksen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DaftarCahaya-Aksen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DaftarCahaya-Aksen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DaftarCahaya-Aksen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KisiCahaya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KisiCahaya-Aksen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KisiCahaya-Aksen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KisiCahaya-Aksen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KisiCahaya-Aksen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KisiCahaya-Aksen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KisiCahaya-Aksen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BayanganSedang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1-Aksen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BayanganSedang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BayanganSedang2-Aksen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ftarSedang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DaftarSedang1-Aksen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DaftarSedang1-Aksen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DaftarSedang1-Aksen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DaftarSedang1-Aksen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DaftarSedang1-Aksen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DaftarSedang1-Aksen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DaftarSedang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DaftarSedang2-Aksen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isiSedang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Sedang1-Aksen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Sedang1-Aksen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Sedang1-Aksen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Sedang1-Aksen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Sedang1-Aksen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Sedang1-Aksen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isiSedang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2-Aksen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isiSedang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isiSedang3-Aksen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isiSedang3-Aksen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isiSedang3-Aksen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isiSedang3-Aksen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isiSedang3-Aksen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isiSedang3-Aksen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ftarGelap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ftarGelap-Aksen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ftarGelap-Aksen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ftarGelap-Aksen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ftarGelap-Aksen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ftarGelap-Aksen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ftarGelap-Aksen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yanganBerwarna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yanganBerwarna-Aksen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yanganBerwarna-Aksen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ftarBerwarna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DaftarBerwarna-Aksen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DaftarBerwarna-Aksen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DaftarBerwarna-Aksen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DaftarBerwarna-Aksen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DaftarBerwarna-Aksen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DaftarBerwarna-Aksen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isiBerwarna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isiBerwarna-Aksen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isiBerwarna-Aksen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isiBerwarna-Aksen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isiBerwarna-Aksen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isiBerwarna-Aksen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isiBerwarna-Aksen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C77B88-F3DE-4185-8260-E9874ADB4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dewi azzahra</cp:lastModifiedBy>
  <cp:revision>6</cp:revision>
  <dcterms:created xsi:type="dcterms:W3CDTF">2013-12-23T23:15:00Z</dcterms:created>
  <dcterms:modified xsi:type="dcterms:W3CDTF">2026-10-07T06:16:00Z</dcterms:modified>
  <cp:category/>
</cp:coreProperties>
</file>